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C294C5" w14:textId="77777777" w:rsidR="00D80C1E" w:rsidRPr="00991B5C" w:rsidRDefault="00A137B9">
      <w:pPr>
        <w:jc w:val="center"/>
        <w:rPr>
          <w:rFonts w:ascii="Times New Roman" w:hAnsi="Times New Roman" w:cs="Times New Roman"/>
          <w:lang w:val="pl-PL"/>
        </w:rPr>
      </w:pPr>
      <w:r w:rsidRPr="00991B5C">
        <w:rPr>
          <w:rFonts w:ascii="Times New Roman" w:hAnsi="Times New Roman" w:cs="Times New Roman"/>
          <w:b/>
          <w:sz w:val="50"/>
          <w:lang w:val="pl-PL"/>
        </w:rPr>
        <w:t>EUROPA NA WYCIĄGNIĘCIE RĘKI</w:t>
      </w:r>
    </w:p>
    <w:p w14:paraId="28D2208F" w14:textId="3B675398" w:rsidR="00D80C1E" w:rsidRPr="00991B5C" w:rsidRDefault="00A137B9">
      <w:pPr>
        <w:jc w:val="center"/>
        <w:rPr>
          <w:rFonts w:ascii="Times New Roman" w:hAnsi="Times New Roman" w:cs="Times New Roman"/>
          <w:sz w:val="32"/>
          <w:szCs w:val="32"/>
          <w:lang w:val="pl-PL"/>
        </w:rPr>
      </w:pPr>
      <w:r w:rsidRPr="00991B5C">
        <w:rPr>
          <w:rFonts w:ascii="Times New Roman" w:hAnsi="Times New Roman" w:cs="Times New Roman"/>
          <w:b/>
          <w:sz w:val="32"/>
          <w:szCs w:val="32"/>
          <w:lang w:val="pl-PL"/>
        </w:rPr>
        <w:t>Europejski Dzień Języków</w:t>
      </w:r>
      <w:r w:rsidR="00991B5C" w:rsidRPr="00991B5C">
        <w:rPr>
          <w:rFonts w:ascii="Times New Roman" w:hAnsi="Times New Roman" w:cs="Times New Roman"/>
          <w:b/>
          <w:sz w:val="32"/>
          <w:szCs w:val="32"/>
          <w:lang w:val="pl-PL"/>
        </w:rPr>
        <w:t xml:space="preserve"> i Kultur</w:t>
      </w:r>
    </w:p>
    <w:p w14:paraId="2037E35F" w14:textId="50AC8133" w:rsidR="00D80C1E" w:rsidRPr="00991B5C" w:rsidRDefault="00A137B9">
      <w:pPr>
        <w:jc w:val="center"/>
        <w:rPr>
          <w:rFonts w:ascii="Times New Roman" w:hAnsi="Times New Roman" w:cs="Times New Roman"/>
          <w:b/>
          <w:sz w:val="28"/>
          <w:szCs w:val="28"/>
          <w:lang w:val="pl-PL"/>
        </w:rPr>
      </w:pPr>
      <w:r w:rsidRPr="00991B5C">
        <w:rPr>
          <w:rFonts w:ascii="Times New Roman" w:hAnsi="Times New Roman" w:cs="Times New Roman"/>
          <w:b/>
          <w:sz w:val="28"/>
          <w:szCs w:val="28"/>
          <w:lang w:val="pl-PL"/>
        </w:rPr>
        <w:t xml:space="preserve">PLAN </w:t>
      </w:r>
      <w:r w:rsidR="00991B5C" w:rsidRPr="00991B5C">
        <w:rPr>
          <w:rFonts w:ascii="Times New Roman" w:hAnsi="Times New Roman" w:cs="Times New Roman"/>
          <w:b/>
          <w:sz w:val="28"/>
          <w:szCs w:val="28"/>
          <w:lang w:val="pl-PL"/>
        </w:rPr>
        <w:t xml:space="preserve">DLA </w:t>
      </w:r>
      <w:r w:rsidRPr="00991B5C">
        <w:rPr>
          <w:rFonts w:ascii="Times New Roman" w:hAnsi="Times New Roman" w:cs="Times New Roman"/>
          <w:b/>
          <w:sz w:val="28"/>
          <w:szCs w:val="28"/>
          <w:lang w:val="pl-PL"/>
        </w:rPr>
        <w:t>KLASY</w:t>
      </w:r>
    </w:p>
    <w:p w14:paraId="6FD37C6B" w14:textId="77777777" w:rsidR="00991B5C" w:rsidRDefault="00991B5C">
      <w:pPr>
        <w:jc w:val="center"/>
        <w:rPr>
          <w:rFonts w:ascii="Times New Roman" w:hAnsi="Times New Roman" w:cs="Times New Roman"/>
          <w:lang w:val="pl-PL"/>
        </w:rPr>
      </w:pPr>
    </w:p>
    <w:p w14:paraId="04E56F4D" w14:textId="69E7772A" w:rsidR="00991B5C" w:rsidRPr="00991B5C" w:rsidRDefault="00991B5C">
      <w:pPr>
        <w:jc w:val="center"/>
        <w:rPr>
          <w:rFonts w:ascii="Times New Roman" w:hAnsi="Times New Roman" w:cs="Times New Roman"/>
          <w:sz w:val="28"/>
          <w:szCs w:val="28"/>
          <w:lang w:val="pl-PL"/>
        </w:rPr>
      </w:pPr>
      <w:r w:rsidRPr="00991B5C">
        <w:rPr>
          <w:rFonts w:ascii="Times New Roman" w:hAnsi="Times New Roman" w:cs="Times New Roman"/>
          <w:sz w:val="28"/>
          <w:szCs w:val="28"/>
          <w:lang w:val="pl-PL"/>
        </w:rPr>
        <w:t>Wylosowane państwo: ………………………………………</w:t>
      </w:r>
    </w:p>
    <w:p w14:paraId="21B09754" w14:textId="77777777" w:rsidR="00D80C1E" w:rsidRPr="00991B5C" w:rsidRDefault="00A137B9">
      <w:pPr>
        <w:pStyle w:val="Nagwek1"/>
        <w:rPr>
          <w:rFonts w:ascii="Times New Roman" w:hAnsi="Times New Roman" w:cs="Times New Roman"/>
          <w:color w:val="auto"/>
        </w:rPr>
      </w:pPr>
      <w:r w:rsidRPr="00991B5C">
        <w:rPr>
          <w:rFonts w:ascii="Times New Roman" w:hAnsi="Times New Roman" w:cs="Times New Roman"/>
          <w:color w:val="auto"/>
        </w:rPr>
        <w:t>NASZA MISJA</w:t>
      </w:r>
    </w:p>
    <w:p w14:paraId="0EAA33D5" w14:textId="70EB946B" w:rsidR="00D80C1E" w:rsidRDefault="00A137B9">
      <w:pPr>
        <w:rPr>
          <w:rFonts w:ascii="Times New Roman" w:hAnsi="Times New Roman" w:cs="Times New Roman"/>
          <w:lang w:val="pl-PL"/>
        </w:rPr>
      </w:pPr>
      <w:r w:rsidRPr="00991B5C">
        <w:rPr>
          <w:rFonts w:ascii="Times New Roman" w:hAnsi="Times New Roman" w:cs="Times New Roman"/>
          <w:b/>
          <w:lang w:val="pl-PL"/>
        </w:rPr>
        <w:t xml:space="preserve">Wasza klasa wspólnie przygotowuje jedno stoisko poświęcone wylosowanemu państwu. </w:t>
      </w:r>
      <w:r w:rsidRPr="00991B5C">
        <w:rPr>
          <w:rFonts w:ascii="Times New Roman" w:hAnsi="Times New Roman" w:cs="Times New Roman"/>
          <w:lang w:val="pl-PL"/>
        </w:rPr>
        <w:t>Nie tworzycie zwykłej wystawy ani zbioru</w:t>
      </w:r>
      <w:r w:rsidRPr="00991B5C">
        <w:rPr>
          <w:rFonts w:ascii="Times New Roman" w:hAnsi="Times New Roman" w:cs="Times New Roman"/>
          <w:lang w:val="pl-PL"/>
        </w:rPr>
        <w:t xml:space="preserve"> plakatów. Waszym zadaniem jest przygotowanie miejsca, które na kilka minut przeniesie odwiedzających do innego kraju.</w:t>
      </w:r>
    </w:p>
    <w:p w14:paraId="35396077" w14:textId="3B632BEA" w:rsidR="00991B5C" w:rsidRDefault="00991B5C" w:rsidP="00991B5C">
      <w:pPr>
        <w:rPr>
          <w:rFonts w:ascii="Times New Roman" w:hAnsi="Times New Roman" w:cs="Times New Roman"/>
          <w:lang w:val="pl-PL"/>
        </w:rPr>
      </w:pPr>
      <w:r w:rsidRPr="00991B5C">
        <w:rPr>
          <w:rStyle w:val="Nagwek1Znak"/>
          <w:rFonts w:ascii="Times New Roman" w:hAnsi="Times New Roman" w:cs="Times New Roman"/>
          <w:color w:val="auto"/>
          <w:sz w:val="32"/>
          <w:szCs w:val="32"/>
          <w:lang w:val="pl-PL"/>
        </w:rPr>
        <w:t>CEL STOISKA</w:t>
      </w:r>
      <w:r w:rsidRPr="00991B5C">
        <w:rPr>
          <w:rFonts w:ascii="Times New Roman" w:hAnsi="Times New Roman" w:cs="Times New Roman"/>
          <w:lang w:val="pl-PL"/>
        </w:rPr>
        <w:br/>
        <w:t>Odwiedzający ma nie tylko OBEJRZEĆ Wasze stoisko.</w:t>
      </w:r>
      <w:r w:rsidRPr="00991B5C">
        <w:rPr>
          <w:rFonts w:ascii="Times New Roman" w:hAnsi="Times New Roman" w:cs="Times New Roman"/>
          <w:lang w:val="pl-PL"/>
        </w:rPr>
        <w:br/>
      </w:r>
      <w:r w:rsidRPr="00991B5C">
        <w:rPr>
          <w:rFonts w:ascii="Times New Roman" w:hAnsi="Times New Roman" w:cs="Times New Roman"/>
          <w:b/>
          <w:lang w:val="pl-PL"/>
        </w:rPr>
        <w:t>Ma czegoś doświadczyć, czegoś się dowiedzieć i nauczyć się kilku słów lub zwrotów w języku prezentowanego kraju.</w:t>
      </w:r>
      <w:r>
        <w:rPr>
          <w:rFonts w:ascii="Times New Roman" w:hAnsi="Times New Roman" w:cs="Times New Roman"/>
          <w:b/>
          <w:lang w:val="pl-PL"/>
        </w:rPr>
        <w:br/>
      </w:r>
    </w:p>
    <w:p w14:paraId="7EC66CB5" w14:textId="41CECA72" w:rsidR="00D80C1E" w:rsidRPr="00991B5C" w:rsidRDefault="00A137B9">
      <w:pPr>
        <w:pStyle w:val="Nagwek2"/>
        <w:rPr>
          <w:rFonts w:ascii="Times New Roman" w:hAnsi="Times New Roman" w:cs="Times New Roman"/>
          <w:color w:val="auto"/>
          <w:lang w:val="pl-PL"/>
        </w:rPr>
      </w:pPr>
      <w:r w:rsidRPr="00991B5C">
        <w:rPr>
          <w:rFonts w:ascii="Times New Roman" w:hAnsi="Times New Roman" w:cs="Times New Roman"/>
          <w:color w:val="auto"/>
          <w:lang w:val="pl-PL"/>
        </w:rPr>
        <w:t>Chcemy, aby przy Waszym stoisku można było...</w:t>
      </w:r>
    </w:p>
    <w:p w14:paraId="1D454721" w14:textId="77777777" w:rsidR="00D80C1E" w:rsidRPr="00991B5C" w:rsidRDefault="00A137B9">
      <w:pPr>
        <w:spacing w:after="40"/>
        <w:rPr>
          <w:rFonts w:ascii="Times New Roman" w:hAnsi="Times New Roman" w:cs="Times New Roman"/>
          <w:lang w:val="pl-PL"/>
        </w:rPr>
      </w:pPr>
      <w:r w:rsidRPr="00991B5C">
        <w:rPr>
          <w:rFonts w:ascii="Segoe UI Symbol" w:hAnsi="Segoe UI Symbol" w:cs="Segoe UI Symbol"/>
          <w:lang w:val="pl-PL"/>
        </w:rPr>
        <w:t>☐</w:t>
      </w:r>
      <w:r w:rsidRPr="00991B5C">
        <w:rPr>
          <w:rFonts w:ascii="Times New Roman" w:hAnsi="Times New Roman" w:cs="Times New Roman"/>
          <w:lang w:val="pl-PL"/>
        </w:rPr>
        <w:t xml:space="preserve">  </w:t>
      </w:r>
      <w:r w:rsidRPr="00991B5C">
        <w:rPr>
          <w:rFonts w:ascii="Times New Roman" w:hAnsi="Times New Roman" w:cs="Times New Roman"/>
          <w:lang w:val="pl-PL"/>
        </w:rPr>
        <w:t>ZOBACZYĆ - flagę, mapę, miejsca, stroje, sztukę i charakterystyczne symbole.</w:t>
      </w:r>
    </w:p>
    <w:p w14:paraId="05C67BB5" w14:textId="77777777" w:rsidR="00D80C1E" w:rsidRPr="00991B5C" w:rsidRDefault="00A137B9">
      <w:pPr>
        <w:spacing w:after="40"/>
        <w:rPr>
          <w:rFonts w:ascii="Times New Roman" w:hAnsi="Times New Roman" w:cs="Times New Roman"/>
          <w:lang w:val="pl-PL"/>
        </w:rPr>
      </w:pPr>
      <w:r w:rsidRPr="00991B5C">
        <w:rPr>
          <w:rFonts w:ascii="Segoe UI Symbol" w:hAnsi="Segoe UI Symbol" w:cs="Segoe UI Symbol"/>
          <w:lang w:val="pl-PL"/>
        </w:rPr>
        <w:t>☐</w:t>
      </w:r>
      <w:r w:rsidRPr="00991B5C">
        <w:rPr>
          <w:rFonts w:ascii="Times New Roman" w:hAnsi="Times New Roman" w:cs="Times New Roman"/>
          <w:lang w:val="pl-PL"/>
        </w:rPr>
        <w:t xml:space="preserve">  </w:t>
      </w:r>
      <w:r w:rsidRPr="00991B5C">
        <w:rPr>
          <w:rFonts w:ascii="Times New Roman" w:hAnsi="Times New Roman" w:cs="Times New Roman"/>
          <w:lang w:val="pl-PL"/>
        </w:rPr>
        <w:t>USŁYSZEĆ - język, muzykę lub charakterystyczne dźwięki.</w:t>
      </w:r>
    </w:p>
    <w:p w14:paraId="2A848381" w14:textId="77777777" w:rsidR="00D80C1E" w:rsidRPr="00991B5C" w:rsidRDefault="00A137B9">
      <w:pPr>
        <w:spacing w:after="40"/>
        <w:rPr>
          <w:rFonts w:ascii="Times New Roman" w:hAnsi="Times New Roman" w:cs="Times New Roman"/>
          <w:lang w:val="pl-PL"/>
        </w:rPr>
      </w:pPr>
      <w:r w:rsidRPr="00991B5C">
        <w:rPr>
          <w:rFonts w:ascii="Segoe UI Symbol" w:hAnsi="Segoe UI Symbol" w:cs="Segoe UI Symbol"/>
          <w:lang w:val="pl-PL"/>
        </w:rPr>
        <w:t>☐</w:t>
      </w:r>
      <w:r w:rsidRPr="00991B5C">
        <w:rPr>
          <w:rFonts w:ascii="Times New Roman" w:hAnsi="Times New Roman" w:cs="Times New Roman"/>
          <w:lang w:val="pl-PL"/>
        </w:rPr>
        <w:t xml:space="preserve">  </w:t>
      </w:r>
      <w:r w:rsidRPr="00991B5C">
        <w:rPr>
          <w:rFonts w:ascii="Times New Roman" w:hAnsi="Times New Roman" w:cs="Times New Roman"/>
          <w:lang w:val="pl-PL"/>
        </w:rPr>
        <w:t xml:space="preserve">POZNAĆ - kulturę, </w:t>
      </w:r>
      <w:r w:rsidRPr="00991B5C">
        <w:rPr>
          <w:rFonts w:ascii="Times New Roman" w:hAnsi="Times New Roman" w:cs="Times New Roman"/>
          <w:lang w:val="pl-PL"/>
        </w:rPr>
        <w:t>zwyczaje, tradycje i ciekawe fakty.</w:t>
      </w:r>
    </w:p>
    <w:p w14:paraId="38B5C0E8" w14:textId="77777777" w:rsidR="00D80C1E" w:rsidRPr="00991B5C" w:rsidRDefault="00A137B9">
      <w:pPr>
        <w:spacing w:after="40"/>
        <w:rPr>
          <w:rFonts w:ascii="Times New Roman" w:hAnsi="Times New Roman" w:cs="Times New Roman"/>
          <w:lang w:val="pl-PL"/>
        </w:rPr>
      </w:pPr>
      <w:r w:rsidRPr="00991B5C">
        <w:rPr>
          <w:rFonts w:ascii="Segoe UI Symbol" w:hAnsi="Segoe UI Symbol" w:cs="Segoe UI Symbol"/>
          <w:lang w:val="pl-PL"/>
        </w:rPr>
        <w:t>☐</w:t>
      </w:r>
      <w:r w:rsidRPr="00991B5C">
        <w:rPr>
          <w:rFonts w:ascii="Times New Roman" w:hAnsi="Times New Roman" w:cs="Times New Roman"/>
          <w:lang w:val="pl-PL"/>
        </w:rPr>
        <w:t xml:space="preserve">  </w:t>
      </w:r>
      <w:r w:rsidRPr="00991B5C">
        <w:rPr>
          <w:rFonts w:ascii="Times New Roman" w:hAnsi="Times New Roman" w:cs="Times New Roman"/>
          <w:lang w:val="pl-PL"/>
        </w:rPr>
        <w:t>SPRÓBOWAĆ - jeśli to możliwe, elementów charakterystycznej kuchni.</w:t>
      </w:r>
    </w:p>
    <w:p w14:paraId="2FB66457" w14:textId="77777777" w:rsidR="00D80C1E" w:rsidRPr="00991B5C" w:rsidRDefault="00A137B9">
      <w:pPr>
        <w:spacing w:after="40"/>
        <w:rPr>
          <w:rFonts w:ascii="Times New Roman" w:hAnsi="Times New Roman" w:cs="Times New Roman"/>
          <w:lang w:val="pl-PL"/>
        </w:rPr>
      </w:pPr>
      <w:r w:rsidRPr="00991B5C">
        <w:rPr>
          <w:rFonts w:ascii="Segoe UI Symbol" w:hAnsi="Segoe UI Symbol" w:cs="Segoe UI Symbol"/>
          <w:lang w:val="pl-PL"/>
        </w:rPr>
        <w:t>☐</w:t>
      </w:r>
      <w:r w:rsidRPr="00991B5C">
        <w:rPr>
          <w:rFonts w:ascii="Times New Roman" w:hAnsi="Times New Roman" w:cs="Times New Roman"/>
          <w:lang w:val="pl-PL"/>
        </w:rPr>
        <w:t xml:space="preserve">  </w:t>
      </w:r>
      <w:r w:rsidRPr="00991B5C">
        <w:rPr>
          <w:rFonts w:ascii="Times New Roman" w:hAnsi="Times New Roman" w:cs="Times New Roman"/>
          <w:lang w:val="pl-PL"/>
        </w:rPr>
        <w:t>ZROBIĆ - wykonać zadanie, zagrać, zatańczyć, rozwiązać zagadkę lub wziąć udział w zabawie.</w:t>
      </w:r>
    </w:p>
    <w:p w14:paraId="0476AB25" w14:textId="46485971" w:rsidR="00D80C1E" w:rsidRPr="00991B5C" w:rsidRDefault="00A137B9" w:rsidP="00991B5C">
      <w:pPr>
        <w:spacing w:after="40"/>
        <w:rPr>
          <w:rFonts w:ascii="Times New Roman" w:hAnsi="Times New Roman" w:cs="Times New Roman"/>
          <w:lang w:val="pl-PL"/>
        </w:rPr>
      </w:pPr>
      <w:r w:rsidRPr="00991B5C">
        <w:rPr>
          <w:rFonts w:ascii="Segoe UI Symbol" w:hAnsi="Segoe UI Symbol" w:cs="Segoe UI Symbol"/>
          <w:lang w:val="pl-PL"/>
        </w:rPr>
        <w:t>☐</w:t>
      </w:r>
      <w:r w:rsidRPr="00991B5C">
        <w:rPr>
          <w:rFonts w:ascii="Times New Roman" w:hAnsi="Times New Roman" w:cs="Times New Roman"/>
          <w:lang w:val="pl-PL"/>
        </w:rPr>
        <w:t xml:space="preserve">  </w:t>
      </w:r>
      <w:r w:rsidRPr="00991B5C">
        <w:rPr>
          <w:rFonts w:ascii="Times New Roman" w:hAnsi="Times New Roman" w:cs="Times New Roman"/>
          <w:lang w:val="pl-PL"/>
        </w:rPr>
        <w:t xml:space="preserve">NAUCZYĆ SIĘ - kilku słów lub zwrotów w języku danego </w:t>
      </w:r>
      <w:r w:rsidRPr="00991B5C">
        <w:rPr>
          <w:rFonts w:ascii="Times New Roman" w:hAnsi="Times New Roman" w:cs="Times New Roman"/>
          <w:lang w:val="pl-PL"/>
        </w:rPr>
        <w:t>kraju.</w:t>
      </w:r>
    </w:p>
    <w:p w14:paraId="57904B09" w14:textId="77777777" w:rsidR="00D80C1E" w:rsidRPr="00991B5C" w:rsidRDefault="00A137B9">
      <w:pPr>
        <w:pStyle w:val="Nagwek1"/>
        <w:rPr>
          <w:rFonts w:ascii="Times New Roman" w:hAnsi="Times New Roman" w:cs="Times New Roman"/>
          <w:color w:val="auto"/>
          <w:lang w:val="pl-PL"/>
        </w:rPr>
      </w:pPr>
      <w:r w:rsidRPr="00991B5C">
        <w:rPr>
          <w:rFonts w:ascii="Times New Roman" w:hAnsi="Times New Roman" w:cs="Times New Roman"/>
          <w:color w:val="auto"/>
          <w:lang w:val="pl-PL"/>
        </w:rPr>
        <w:t>CO MA ZNALEŹĆ SIĘ NA STOISKU?</w:t>
      </w:r>
    </w:p>
    <w:p w14:paraId="559B89A0" w14:textId="77777777" w:rsidR="00D80C1E" w:rsidRPr="00991B5C" w:rsidRDefault="00A137B9">
      <w:pPr>
        <w:spacing w:after="80"/>
        <w:rPr>
          <w:rFonts w:ascii="Times New Roman" w:hAnsi="Times New Roman" w:cs="Times New Roman"/>
          <w:lang w:val="pl-PL"/>
        </w:rPr>
      </w:pPr>
      <w:r w:rsidRPr="00991B5C">
        <w:rPr>
          <w:rFonts w:ascii="Times New Roman" w:hAnsi="Times New Roman" w:cs="Times New Roman"/>
          <w:b/>
          <w:lang w:val="pl-PL"/>
        </w:rPr>
        <w:t xml:space="preserve">1. JĘZYK - obowiązkowo! </w:t>
      </w:r>
      <w:r w:rsidRPr="00991B5C">
        <w:rPr>
          <w:rFonts w:ascii="Times New Roman" w:hAnsi="Times New Roman" w:cs="Times New Roman"/>
          <w:lang w:val="pl-PL"/>
        </w:rPr>
        <w:t>Przygotujcie kilka podstawowych słów i zwrotów oraz ich poprawną wymowę. Nauczcie ich odwiedzających. Nie wystarczy umieścić ich na plakacie.</w:t>
      </w:r>
    </w:p>
    <w:p w14:paraId="4AFBA939" w14:textId="77777777" w:rsidR="00D80C1E" w:rsidRPr="00991B5C" w:rsidRDefault="00A137B9">
      <w:pPr>
        <w:spacing w:after="80"/>
        <w:rPr>
          <w:rFonts w:ascii="Times New Roman" w:hAnsi="Times New Roman" w:cs="Times New Roman"/>
          <w:lang w:val="pl-PL"/>
        </w:rPr>
      </w:pPr>
      <w:r w:rsidRPr="00991B5C">
        <w:rPr>
          <w:rFonts w:ascii="Times New Roman" w:hAnsi="Times New Roman" w:cs="Times New Roman"/>
          <w:b/>
          <w:lang w:val="pl-PL"/>
        </w:rPr>
        <w:t xml:space="preserve">2. KULTURA I SZTUKA </w:t>
      </w:r>
      <w:r w:rsidRPr="00991B5C">
        <w:rPr>
          <w:rFonts w:ascii="Times New Roman" w:hAnsi="Times New Roman" w:cs="Times New Roman"/>
          <w:lang w:val="pl-PL"/>
        </w:rPr>
        <w:t>Wybierzcie najciekawsze element</w:t>
      </w:r>
      <w:r w:rsidRPr="00991B5C">
        <w:rPr>
          <w:rFonts w:ascii="Times New Roman" w:hAnsi="Times New Roman" w:cs="Times New Roman"/>
          <w:lang w:val="pl-PL"/>
        </w:rPr>
        <w:t>y: muzykę, taniec, literaturę, malarstwo, film, architekturę lub inne charakterystyczne osiągnięcia.</w:t>
      </w:r>
    </w:p>
    <w:p w14:paraId="3397D157" w14:textId="77777777" w:rsidR="00D80C1E" w:rsidRPr="00991B5C" w:rsidRDefault="00A137B9">
      <w:pPr>
        <w:spacing w:after="80"/>
        <w:rPr>
          <w:rFonts w:ascii="Times New Roman" w:hAnsi="Times New Roman" w:cs="Times New Roman"/>
          <w:lang w:val="pl-PL"/>
        </w:rPr>
      </w:pPr>
      <w:r w:rsidRPr="00991B5C">
        <w:rPr>
          <w:rFonts w:ascii="Times New Roman" w:hAnsi="Times New Roman" w:cs="Times New Roman"/>
          <w:b/>
          <w:lang w:val="pl-PL"/>
        </w:rPr>
        <w:t xml:space="preserve">3. TRADYCJE I ZWYCZAJE </w:t>
      </w:r>
      <w:r w:rsidRPr="00991B5C">
        <w:rPr>
          <w:rFonts w:ascii="Times New Roman" w:hAnsi="Times New Roman" w:cs="Times New Roman"/>
          <w:lang w:val="pl-PL"/>
        </w:rPr>
        <w:t>Pokażcie święta, zwyczaje, legendy, obrzędy albo ciekawostki z codziennego życia mieszkańców.</w:t>
      </w:r>
    </w:p>
    <w:p w14:paraId="6246C414" w14:textId="77777777" w:rsidR="00D80C1E" w:rsidRPr="00991B5C" w:rsidRDefault="00A137B9">
      <w:pPr>
        <w:spacing w:after="80"/>
        <w:rPr>
          <w:rFonts w:ascii="Times New Roman" w:hAnsi="Times New Roman" w:cs="Times New Roman"/>
          <w:lang w:val="pl-PL"/>
        </w:rPr>
      </w:pPr>
      <w:r w:rsidRPr="00991B5C">
        <w:rPr>
          <w:rFonts w:ascii="Times New Roman" w:hAnsi="Times New Roman" w:cs="Times New Roman"/>
          <w:b/>
          <w:lang w:val="pl-PL"/>
        </w:rPr>
        <w:t xml:space="preserve">4. KUCHNIA </w:t>
      </w:r>
      <w:r w:rsidRPr="00991B5C">
        <w:rPr>
          <w:rFonts w:ascii="Times New Roman" w:hAnsi="Times New Roman" w:cs="Times New Roman"/>
          <w:lang w:val="pl-PL"/>
        </w:rPr>
        <w:t>Zaprezentujcie charakteryst</w:t>
      </w:r>
      <w:r w:rsidRPr="00991B5C">
        <w:rPr>
          <w:rFonts w:ascii="Times New Roman" w:hAnsi="Times New Roman" w:cs="Times New Roman"/>
          <w:lang w:val="pl-PL"/>
        </w:rPr>
        <w:t>yczne potrawy, desery, produkty lub napoje. Degustację uzgodnijcie z nauczycielem i oznaczcie alergeny.</w:t>
      </w:r>
    </w:p>
    <w:p w14:paraId="4FDD2C6D" w14:textId="77777777" w:rsidR="00D80C1E" w:rsidRPr="00991B5C" w:rsidRDefault="00A137B9">
      <w:pPr>
        <w:spacing w:after="80"/>
        <w:rPr>
          <w:rFonts w:ascii="Times New Roman" w:hAnsi="Times New Roman" w:cs="Times New Roman"/>
          <w:lang w:val="pl-PL"/>
        </w:rPr>
      </w:pPr>
      <w:r w:rsidRPr="00991B5C">
        <w:rPr>
          <w:rFonts w:ascii="Times New Roman" w:hAnsi="Times New Roman" w:cs="Times New Roman"/>
          <w:b/>
          <w:lang w:val="pl-PL"/>
        </w:rPr>
        <w:t xml:space="preserve">5. MODA I STRÓJ </w:t>
      </w:r>
      <w:r w:rsidRPr="00991B5C">
        <w:rPr>
          <w:rFonts w:ascii="Times New Roman" w:hAnsi="Times New Roman" w:cs="Times New Roman"/>
          <w:lang w:val="pl-PL"/>
        </w:rPr>
        <w:t>Pokażcie tradycyjny strój, charakterystyczne dodatki albo współczesną modę. Możecie wykorzystać przebrania.</w:t>
      </w:r>
    </w:p>
    <w:p w14:paraId="72FE206B" w14:textId="77777777" w:rsidR="00D80C1E" w:rsidRPr="00991B5C" w:rsidRDefault="00A137B9">
      <w:pPr>
        <w:spacing w:after="80"/>
        <w:rPr>
          <w:rFonts w:ascii="Times New Roman" w:hAnsi="Times New Roman" w:cs="Times New Roman"/>
          <w:lang w:val="pl-PL"/>
        </w:rPr>
      </w:pPr>
      <w:r w:rsidRPr="00991B5C">
        <w:rPr>
          <w:rFonts w:ascii="Times New Roman" w:hAnsi="Times New Roman" w:cs="Times New Roman"/>
          <w:b/>
          <w:lang w:val="pl-PL"/>
        </w:rPr>
        <w:t xml:space="preserve">6. MIEJSCA </w:t>
      </w:r>
      <w:r w:rsidRPr="00991B5C">
        <w:rPr>
          <w:rFonts w:ascii="Times New Roman" w:hAnsi="Times New Roman" w:cs="Times New Roman"/>
          <w:lang w:val="pl-PL"/>
        </w:rPr>
        <w:t xml:space="preserve">Pokażcie państwo </w:t>
      </w:r>
      <w:r w:rsidRPr="00991B5C">
        <w:rPr>
          <w:rFonts w:ascii="Times New Roman" w:hAnsi="Times New Roman" w:cs="Times New Roman"/>
          <w:lang w:val="pl-PL"/>
        </w:rPr>
        <w:t>na mapie Europy, stolicę, ciekawe miasta, zabytki i krajobrazy.</w:t>
      </w:r>
    </w:p>
    <w:p w14:paraId="1A2EAC5F" w14:textId="77777777" w:rsidR="00D80C1E" w:rsidRPr="00991B5C" w:rsidRDefault="00A137B9">
      <w:pPr>
        <w:spacing w:after="80"/>
        <w:rPr>
          <w:rFonts w:ascii="Times New Roman" w:hAnsi="Times New Roman" w:cs="Times New Roman"/>
          <w:lang w:val="pl-PL"/>
        </w:rPr>
      </w:pPr>
      <w:r w:rsidRPr="00991B5C">
        <w:rPr>
          <w:rFonts w:ascii="Times New Roman" w:hAnsi="Times New Roman" w:cs="Times New Roman"/>
          <w:b/>
          <w:lang w:val="pl-PL"/>
        </w:rPr>
        <w:t xml:space="preserve">7. ZNANI LUDZIE </w:t>
      </w:r>
      <w:r w:rsidRPr="00991B5C">
        <w:rPr>
          <w:rFonts w:ascii="Times New Roman" w:hAnsi="Times New Roman" w:cs="Times New Roman"/>
          <w:lang w:val="pl-PL"/>
        </w:rPr>
        <w:t>Wybierzcie kilka osób związanych z krajem: pisarzy, artystów, naukowców, sportowców lub postacie historyczne.</w:t>
      </w:r>
    </w:p>
    <w:p w14:paraId="0B9789F6" w14:textId="77777777" w:rsidR="00D80C1E" w:rsidRPr="00991B5C" w:rsidRDefault="00A137B9">
      <w:pPr>
        <w:spacing w:after="80"/>
        <w:rPr>
          <w:rFonts w:ascii="Times New Roman" w:hAnsi="Times New Roman" w:cs="Times New Roman"/>
          <w:lang w:val="pl-PL"/>
        </w:rPr>
      </w:pPr>
      <w:r w:rsidRPr="00991B5C">
        <w:rPr>
          <w:rFonts w:ascii="Times New Roman" w:hAnsi="Times New Roman" w:cs="Times New Roman"/>
          <w:b/>
          <w:lang w:val="pl-PL"/>
        </w:rPr>
        <w:t xml:space="preserve">8. ATRAKCJA DLA GOŚCI </w:t>
      </w:r>
      <w:r w:rsidRPr="00991B5C">
        <w:rPr>
          <w:rFonts w:ascii="Times New Roman" w:hAnsi="Times New Roman" w:cs="Times New Roman"/>
          <w:lang w:val="pl-PL"/>
        </w:rPr>
        <w:t xml:space="preserve">Przygotujcie coś interaktywnego: quiz, grę, </w:t>
      </w:r>
      <w:r w:rsidRPr="00991B5C">
        <w:rPr>
          <w:rFonts w:ascii="Times New Roman" w:hAnsi="Times New Roman" w:cs="Times New Roman"/>
          <w:lang w:val="pl-PL"/>
        </w:rPr>
        <w:t xml:space="preserve">taniec, scenkę, </w:t>
      </w:r>
      <w:proofErr w:type="spellStart"/>
      <w:r w:rsidRPr="00991B5C">
        <w:rPr>
          <w:rFonts w:ascii="Times New Roman" w:hAnsi="Times New Roman" w:cs="Times New Roman"/>
          <w:lang w:val="pl-PL"/>
        </w:rPr>
        <w:t>fotobudkę</w:t>
      </w:r>
      <w:proofErr w:type="spellEnd"/>
      <w:r w:rsidRPr="00991B5C">
        <w:rPr>
          <w:rFonts w:ascii="Times New Roman" w:hAnsi="Times New Roman" w:cs="Times New Roman"/>
          <w:lang w:val="pl-PL"/>
        </w:rPr>
        <w:t>, warsztat, zagadkę, zadanie językowe lub inną aktywność.</w:t>
      </w:r>
    </w:p>
    <w:p w14:paraId="527CB5A1" w14:textId="77777777" w:rsidR="00991B5C" w:rsidRDefault="00991B5C" w:rsidP="00991B5C">
      <w:pPr>
        <w:pStyle w:val="Nagwek1"/>
        <w:tabs>
          <w:tab w:val="left" w:pos="8952"/>
        </w:tabs>
        <w:rPr>
          <w:rFonts w:ascii="Times New Roman" w:hAnsi="Times New Roman" w:cs="Times New Roman"/>
          <w:color w:val="auto"/>
          <w:lang w:val="pl-PL"/>
        </w:rPr>
      </w:pPr>
    </w:p>
    <w:p w14:paraId="4F9466DA" w14:textId="3559D63D" w:rsidR="00D80C1E" w:rsidRPr="00991B5C" w:rsidRDefault="00A137B9" w:rsidP="00991B5C">
      <w:pPr>
        <w:pStyle w:val="Nagwek1"/>
        <w:tabs>
          <w:tab w:val="left" w:pos="8952"/>
        </w:tabs>
        <w:rPr>
          <w:rFonts w:ascii="Times New Roman" w:hAnsi="Times New Roman" w:cs="Times New Roman"/>
          <w:color w:val="auto"/>
          <w:lang w:val="pl-PL"/>
        </w:rPr>
      </w:pPr>
      <w:r w:rsidRPr="00991B5C">
        <w:rPr>
          <w:rFonts w:ascii="Times New Roman" w:hAnsi="Times New Roman" w:cs="Times New Roman"/>
          <w:color w:val="auto"/>
          <w:lang w:val="pl-PL"/>
        </w:rPr>
        <w:t>MINILEKCJA JĘZYKA - czego nauczymy innych?</w:t>
      </w:r>
      <w:r w:rsidR="00991B5C">
        <w:rPr>
          <w:rFonts w:ascii="Times New Roman" w:hAnsi="Times New Roman" w:cs="Times New Roman"/>
          <w:color w:val="auto"/>
          <w:lang w:val="pl-PL"/>
        </w:rPr>
        <w:tab/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3494"/>
        <w:gridCol w:w="3494"/>
        <w:gridCol w:w="3494"/>
      </w:tblGrid>
      <w:tr w:rsidR="00991B5C" w:rsidRPr="00991B5C" w14:paraId="0E9744CF" w14:textId="77777777">
        <w:trPr>
          <w:jc w:val="center"/>
        </w:trPr>
        <w:tc>
          <w:tcPr>
            <w:tcW w:w="3494" w:type="dxa"/>
            <w:shd w:val="clear" w:color="auto" w:fill="1F4E79"/>
          </w:tcPr>
          <w:p w14:paraId="0B3A93CA" w14:textId="77777777" w:rsidR="00D80C1E" w:rsidRPr="00991B5C" w:rsidRDefault="00A137B9" w:rsidP="00991B5C">
            <w:pPr>
              <w:jc w:val="center"/>
              <w:rPr>
                <w:rFonts w:ascii="Times New Roman" w:hAnsi="Times New Roman" w:cs="Times New Roman"/>
                <w:color w:val="FFFFFF" w:themeColor="background1"/>
              </w:rPr>
            </w:pPr>
            <w:r w:rsidRPr="00991B5C">
              <w:rPr>
                <w:rFonts w:ascii="Times New Roman" w:hAnsi="Times New Roman" w:cs="Times New Roman"/>
                <w:b/>
                <w:color w:val="FFFFFF" w:themeColor="background1"/>
              </w:rPr>
              <w:t>POLSKI</w:t>
            </w:r>
          </w:p>
        </w:tc>
        <w:tc>
          <w:tcPr>
            <w:tcW w:w="3494" w:type="dxa"/>
            <w:shd w:val="clear" w:color="auto" w:fill="1F4E79"/>
          </w:tcPr>
          <w:p w14:paraId="614450A5" w14:textId="77777777" w:rsidR="00D80C1E" w:rsidRPr="00991B5C" w:rsidRDefault="00A137B9" w:rsidP="00991B5C">
            <w:pPr>
              <w:jc w:val="center"/>
              <w:rPr>
                <w:rFonts w:ascii="Times New Roman" w:hAnsi="Times New Roman" w:cs="Times New Roman"/>
                <w:color w:val="FFFFFF" w:themeColor="background1"/>
              </w:rPr>
            </w:pPr>
            <w:r w:rsidRPr="00991B5C">
              <w:rPr>
                <w:rFonts w:ascii="Times New Roman" w:hAnsi="Times New Roman" w:cs="Times New Roman"/>
                <w:b/>
                <w:color w:val="FFFFFF" w:themeColor="background1"/>
              </w:rPr>
              <w:t>JĘZYK NASZEGO KRAJU</w:t>
            </w:r>
          </w:p>
        </w:tc>
        <w:tc>
          <w:tcPr>
            <w:tcW w:w="3494" w:type="dxa"/>
            <w:shd w:val="clear" w:color="auto" w:fill="1F4E79"/>
          </w:tcPr>
          <w:p w14:paraId="14D6C6DA" w14:textId="77777777" w:rsidR="00D80C1E" w:rsidRPr="00991B5C" w:rsidRDefault="00A137B9" w:rsidP="00991B5C">
            <w:pPr>
              <w:jc w:val="center"/>
              <w:rPr>
                <w:rFonts w:ascii="Times New Roman" w:hAnsi="Times New Roman" w:cs="Times New Roman"/>
                <w:color w:val="FFFFFF" w:themeColor="background1"/>
              </w:rPr>
            </w:pPr>
            <w:r w:rsidRPr="00991B5C">
              <w:rPr>
                <w:rFonts w:ascii="Times New Roman" w:hAnsi="Times New Roman" w:cs="Times New Roman"/>
                <w:b/>
                <w:color w:val="FFFFFF" w:themeColor="background1"/>
              </w:rPr>
              <w:t>WYMOWA</w:t>
            </w:r>
          </w:p>
        </w:tc>
      </w:tr>
      <w:tr w:rsidR="00991B5C" w:rsidRPr="00991B5C" w14:paraId="3D3AC560" w14:textId="77777777">
        <w:trPr>
          <w:jc w:val="center"/>
        </w:trPr>
        <w:tc>
          <w:tcPr>
            <w:tcW w:w="3494" w:type="dxa"/>
            <w:tcMar>
              <w:top w:w="55" w:type="dxa"/>
              <w:left w:w="60" w:type="dxa"/>
              <w:bottom w:w="55" w:type="dxa"/>
              <w:right w:w="60" w:type="dxa"/>
            </w:tcMar>
          </w:tcPr>
          <w:p w14:paraId="5C3761BC" w14:textId="77777777" w:rsidR="00D80C1E" w:rsidRPr="00991B5C" w:rsidRDefault="00A137B9">
            <w:pPr>
              <w:rPr>
                <w:rFonts w:ascii="Times New Roman" w:hAnsi="Times New Roman" w:cs="Times New Roman"/>
              </w:rPr>
            </w:pPr>
            <w:proofErr w:type="spellStart"/>
            <w:r w:rsidRPr="00991B5C">
              <w:rPr>
                <w:rFonts w:ascii="Times New Roman" w:hAnsi="Times New Roman" w:cs="Times New Roman"/>
              </w:rPr>
              <w:t>Dzień</w:t>
            </w:r>
            <w:proofErr w:type="spellEnd"/>
            <w:r w:rsidRPr="00991B5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91B5C">
              <w:rPr>
                <w:rFonts w:ascii="Times New Roman" w:hAnsi="Times New Roman" w:cs="Times New Roman"/>
              </w:rPr>
              <w:t>dobry</w:t>
            </w:r>
            <w:proofErr w:type="spellEnd"/>
            <w:r w:rsidRPr="00991B5C">
              <w:rPr>
                <w:rFonts w:ascii="Times New Roman" w:hAnsi="Times New Roman" w:cs="Times New Roman"/>
              </w:rPr>
              <w:t xml:space="preserve"> / </w:t>
            </w:r>
            <w:proofErr w:type="spellStart"/>
            <w:r w:rsidRPr="00991B5C">
              <w:rPr>
                <w:rFonts w:ascii="Times New Roman" w:hAnsi="Times New Roman" w:cs="Times New Roman"/>
              </w:rPr>
              <w:t>Cześć</w:t>
            </w:r>
            <w:proofErr w:type="spellEnd"/>
          </w:p>
        </w:tc>
        <w:tc>
          <w:tcPr>
            <w:tcW w:w="3494" w:type="dxa"/>
            <w:tcMar>
              <w:top w:w="55" w:type="dxa"/>
              <w:left w:w="60" w:type="dxa"/>
              <w:bottom w:w="55" w:type="dxa"/>
              <w:right w:w="60" w:type="dxa"/>
            </w:tcMar>
          </w:tcPr>
          <w:p w14:paraId="53AD4D66" w14:textId="77777777" w:rsidR="00D80C1E" w:rsidRPr="00991B5C" w:rsidRDefault="00A137B9">
            <w:pPr>
              <w:rPr>
                <w:rFonts w:ascii="Times New Roman" w:hAnsi="Times New Roman" w:cs="Times New Roman"/>
              </w:rPr>
            </w:pPr>
            <w:r w:rsidRPr="00991B5C">
              <w:rPr>
                <w:rFonts w:ascii="Times New Roman" w:hAnsi="Times New Roman" w:cs="Times New Roman"/>
              </w:rPr>
              <w:t>........................</w:t>
            </w:r>
          </w:p>
        </w:tc>
        <w:tc>
          <w:tcPr>
            <w:tcW w:w="3494" w:type="dxa"/>
            <w:tcMar>
              <w:top w:w="55" w:type="dxa"/>
              <w:left w:w="60" w:type="dxa"/>
              <w:bottom w:w="55" w:type="dxa"/>
              <w:right w:w="60" w:type="dxa"/>
            </w:tcMar>
          </w:tcPr>
          <w:p w14:paraId="3A7F35AB" w14:textId="77777777" w:rsidR="00D80C1E" w:rsidRPr="00991B5C" w:rsidRDefault="00A137B9">
            <w:pPr>
              <w:rPr>
                <w:rFonts w:ascii="Times New Roman" w:hAnsi="Times New Roman" w:cs="Times New Roman"/>
              </w:rPr>
            </w:pPr>
            <w:r w:rsidRPr="00991B5C">
              <w:rPr>
                <w:rFonts w:ascii="Times New Roman" w:hAnsi="Times New Roman" w:cs="Times New Roman"/>
              </w:rPr>
              <w:t>........................</w:t>
            </w:r>
          </w:p>
        </w:tc>
      </w:tr>
      <w:tr w:rsidR="00991B5C" w:rsidRPr="00991B5C" w14:paraId="4194DBE6" w14:textId="77777777">
        <w:trPr>
          <w:jc w:val="center"/>
        </w:trPr>
        <w:tc>
          <w:tcPr>
            <w:tcW w:w="3494" w:type="dxa"/>
            <w:tcMar>
              <w:top w:w="55" w:type="dxa"/>
              <w:left w:w="60" w:type="dxa"/>
              <w:bottom w:w="55" w:type="dxa"/>
              <w:right w:w="60" w:type="dxa"/>
            </w:tcMar>
          </w:tcPr>
          <w:p w14:paraId="12B2CF11" w14:textId="77777777" w:rsidR="00D80C1E" w:rsidRPr="00991B5C" w:rsidRDefault="00A137B9">
            <w:pPr>
              <w:rPr>
                <w:rFonts w:ascii="Times New Roman" w:hAnsi="Times New Roman" w:cs="Times New Roman"/>
              </w:rPr>
            </w:pPr>
            <w:proofErr w:type="spellStart"/>
            <w:r w:rsidRPr="00991B5C">
              <w:rPr>
                <w:rFonts w:ascii="Times New Roman" w:hAnsi="Times New Roman" w:cs="Times New Roman"/>
              </w:rPr>
              <w:t>Proszę</w:t>
            </w:r>
            <w:proofErr w:type="spellEnd"/>
          </w:p>
        </w:tc>
        <w:tc>
          <w:tcPr>
            <w:tcW w:w="3494" w:type="dxa"/>
            <w:tcMar>
              <w:top w:w="55" w:type="dxa"/>
              <w:left w:w="60" w:type="dxa"/>
              <w:bottom w:w="55" w:type="dxa"/>
              <w:right w:w="60" w:type="dxa"/>
            </w:tcMar>
          </w:tcPr>
          <w:p w14:paraId="70BE74D2" w14:textId="77777777" w:rsidR="00D80C1E" w:rsidRPr="00991B5C" w:rsidRDefault="00A137B9">
            <w:pPr>
              <w:rPr>
                <w:rFonts w:ascii="Times New Roman" w:hAnsi="Times New Roman" w:cs="Times New Roman"/>
              </w:rPr>
            </w:pPr>
            <w:r w:rsidRPr="00991B5C">
              <w:rPr>
                <w:rFonts w:ascii="Times New Roman" w:hAnsi="Times New Roman" w:cs="Times New Roman"/>
              </w:rPr>
              <w:t>........................</w:t>
            </w:r>
          </w:p>
        </w:tc>
        <w:tc>
          <w:tcPr>
            <w:tcW w:w="3494" w:type="dxa"/>
            <w:tcMar>
              <w:top w:w="55" w:type="dxa"/>
              <w:left w:w="60" w:type="dxa"/>
              <w:bottom w:w="55" w:type="dxa"/>
              <w:right w:w="60" w:type="dxa"/>
            </w:tcMar>
          </w:tcPr>
          <w:p w14:paraId="55949E97" w14:textId="77777777" w:rsidR="00D80C1E" w:rsidRPr="00991B5C" w:rsidRDefault="00A137B9">
            <w:pPr>
              <w:rPr>
                <w:rFonts w:ascii="Times New Roman" w:hAnsi="Times New Roman" w:cs="Times New Roman"/>
              </w:rPr>
            </w:pPr>
            <w:r w:rsidRPr="00991B5C">
              <w:rPr>
                <w:rFonts w:ascii="Times New Roman" w:hAnsi="Times New Roman" w:cs="Times New Roman"/>
              </w:rPr>
              <w:t>........................</w:t>
            </w:r>
          </w:p>
        </w:tc>
      </w:tr>
      <w:tr w:rsidR="00991B5C" w:rsidRPr="00991B5C" w14:paraId="08518668" w14:textId="77777777">
        <w:trPr>
          <w:jc w:val="center"/>
        </w:trPr>
        <w:tc>
          <w:tcPr>
            <w:tcW w:w="3494" w:type="dxa"/>
            <w:tcMar>
              <w:top w:w="55" w:type="dxa"/>
              <w:left w:w="60" w:type="dxa"/>
              <w:bottom w:w="55" w:type="dxa"/>
              <w:right w:w="60" w:type="dxa"/>
            </w:tcMar>
          </w:tcPr>
          <w:p w14:paraId="06C4E69E" w14:textId="77777777" w:rsidR="00D80C1E" w:rsidRPr="00991B5C" w:rsidRDefault="00A137B9">
            <w:pPr>
              <w:rPr>
                <w:rFonts w:ascii="Times New Roman" w:hAnsi="Times New Roman" w:cs="Times New Roman"/>
              </w:rPr>
            </w:pPr>
            <w:r w:rsidRPr="00991B5C">
              <w:rPr>
                <w:rFonts w:ascii="Times New Roman" w:hAnsi="Times New Roman" w:cs="Times New Roman"/>
              </w:rPr>
              <w:t>Dziękuję</w:t>
            </w:r>
          </w:p>
        </w:tc>
        <w:tc>
          <w:tcPr>
            <w:tcW w:w="3494" w:type="dxa"/>
            <w:tcMar>
              <w:top w:w="55" w:type="dxa"/>
              <w:left w:w="60" w:type="dxa"/>
              <w:bottom w:w="55" w:type="dxa"/>
              <w:right w:w="60" w:type="dxa"/>
            </w:tcMar>
          </w:tcPr>
          <w:p w14:paraId="4ACFE9A1" w14:textId="77777777" w:rsidR="00D80C1E" w:rsidRPr="00991B5C" w:rsidRDefault="00A137B9">
            <w:pPr>
              <w:rPr>
                <w:rFonts w:ascii="Times New Roman" w:hAnsi="Times New Roman" w:cs="Times New Roman"/>
              </w:rPr>
            </w:pPr>
            <w:r w:rsidRPr="00991B5C">
              <w:rPr>
                <w:rFonts w:ascii="Times New Roman" w:hAnsi="Times New Roman" w:cs="Times New Roman"/>
              </w:rPr>
              <w:t>........................</w:t>
            </w:r>
          </w:p>
        </w:tc>
        <w:tc>
          <w:tcPr>
            <w:tcW w:w="3494" w:type="dxa"/>
            <w:tcMar>
              <w:top w:w="55" w:type="dxa"/>
              <w:left w:w="60" w:type="dxa"/>
              <w:bottom w:w="55" w:type="dxa"/>
              <w:right w:w="60" w:type="dxa"/>
            </w:tcMar>
          </w:tcPr>
          <w:p w14:paraId="2542A21A" w14:textId="77777777" w:rsidR="00D80C1E" w:rsidRPr="00991B5C" w:rsidRDefault="00A137B9">
            <w:pPr>
              <w:rPr>
                <w:rFonts w:ascii="Times New Roman" w:hAnsi="Times New Roman" w:cs="Times New Roman"/>
              </w:rPr>
            </w:pPr>
            <w:r w:rsidRPr="00991B5C">
              <w:rPr>
                <w:rFonts w:ascii="Times New Roman" w:hAnsi="Times New Roman" w:cs="Times New Roman"/>
              </w:rPr>
              <w:t>........................</w:t>
            </w:r>
          </w:p>
        </w:tc>
      </w:tr>
      <w:tr w:rsidR="00991B5C" w:rsidRPr="00991B5C" w14:paraId="5EEAD14F" w14:textId="77777777">
        <w:trPr>
          <w:jc w:val="center"/>
        </w:trPr>
        <w:tc>
          <w:tcPr>
            <w:tcW w:w="3494" w:type="dxa"/>
            <w:tcMar>
              <w:top w:w="55" w:type="dxa"/>
              <w:left w:w="60" w:type="dxa"/>
              <w:bottom w:w="55" w:type="dxa"/>
              <w:right w:w="60" w:type="dxa"/>
            </w:tcMar>
          </w:tcPr>
          <w:p w14:paraId="3A9DF7C8" w14:textId="77777777" w:rsidR="00D80C1E" w:rsidRPr="00991B5C" w:rsidRDefault="00A137B9">
            <w:pPr>
              <w:rPr>
                <w:rFonts w:ascii="Times New Roman" w:hAnsi="Times New Roman" w:cs="Times New Roman"/>
              </w:rPr>
            </w:pPr>
            <w:r w:rsidRPr="00991B5C">
              <w:rPr>
                <w:rFonts w:ascii="Times New Roman" w:hAnsi="Times New Roman" w:cs="Times New Roman"/>
              </w:rPr>
              <w:t xml:space="preserve">Do </w:t>
            </w:r>
            <w:proofErr w:type="spellStart"/>
            <w:r w:rsidRPr="00991B5C">
              <w:rPr>
                <w:rFonts w:ascii="Times New Roman" w:hAnsi="Times New Roman" w:cs="Times New Roman"/>
              </w:rPr>
              <w:t>widzenia</w:t>
            </w:r>
            <w:proofErr w:type="spellEnd"/>
          </w:p>
        </w:tc>
        <w:tc>
          <w:tcPr>
            <w:tcW w:w="3494" w:type="dxa"/>
            <w:tcMar>
              <w:top w:w="55" w:type="dxa"/>
              <w:left w:w="60" w:type="dxa"/>
              <w:bottom w:w="55" w:type="dxa"/>
              <w:right w:w="60" w:type="dxa"/>
            </w:tcMar>
          </w:tcPr>
          <w:p w14:paraId="59378FBE" w14:textId="77777777" w:rsidR="00D80C1E" w:rsidRPr="00991B5C" w:rsidRDefault="00A137B9">
            <w:pPr>
              <w:rPr>
                <w:rFonts w:ascii="Times New Roman" w:hAnsi="Times New Roman" w:cs="Times New Roman"/>
              </w:rPr>
            </w:pPr>
            <w:r w:rsidRPr="00991B5C">
              <w:rPr>
                <w:rFonts w:ascii="Times New Roman" w:hAnsi="Times New Roman" w:cs="Times New Roman"/>
              </w:rPr>
              <w:t>........................</w:t>
            </w:r>
          </w:p>
        </w:tc>
        <w:tc>
          <w:tcPr>
            <w:tcW w:w="3494" w:type="dxa"/>
            <w:tcMar>
              <w:top w:w="55" w:type="dxa"/>
              <w:left w:w="60" w:type="dxa"/>
              <w:bottom w:w="55" w:type="dxa"/>
              <w:right w:w="60" w:type="dxa"/>
            </w:tcMar>
          </w:tcPr>
          <w:p w14:paraId="43924EEE" w14:textId="77777777" w:rsidR="00D80C1E" w:rsidRPr="00991B5C" w:rsidRDefault="00A137B9">
            <w:pPr>
              <w:rPr>
                <w:rFonts w:ascii="Times New Roman" w:hAnsi="Times New Roman" w:cs="Times New Roman"/>
              </w:rPr>
            </w:pPr>
            <w:r w:rsidRPr="00991B5C">
              <w:rPr>
                <w:rFonts w:ascii="Times New Roman" w:hAnsi="Times New Roman" w:cs="Times New Roman"/>
              </w:rPr>
              <w:t>........................</w:t>
            </w:r>
          </w:p>
        </w:tc>
      </w:tr>
      <w:tr w:rsidR="00991B5C" w:rsidRPr="00991B5C" w14:paraId="28A36E3B" w14:textId="77777777">
        <w:trPr>
          <w:jc w:val="center"/>
        </w:trPr>
        <w:tc>
          <w:tcPr>
            <w:tcW w:w="3494" w:type="dxa"/>
            <w:tcMar>
              <w:top w:w="55" w:type="dxa"/>
              <w:left w:w="60" w:type="dxa"/>
              <w:bottom w:w="55" w:type="dxa"/>
              <w:right w:w="60" w:type="dxa"/>
            </w:tcMar>
          </w:tcPr>
          <w:p w14:paraId="716C9D29" w14:textId="77777777" w:rsidR="00D80C1E" w:rsidRPr="00991B5C" w:rsidRDefault="00A137B9">
            <w:pPr>
              <w:rPr>
                <w:rFonts w:ascii="Times New Roman" w:hAnsi="Times New Roman" w:cs="Times New Roman"/>
              </w:rPr>
            </w:pPr>
            <w:proofErr w:type="spellStart"/>
            <w:r w:rsidRPr="00991B5C">
              <w:rPr>
                <w:rFonts w:ascii="Times New Roman" w:hAnsi="Times New Roman" w:cs="Times New Roman"/>
              </w:rPr>
              <w:t>Tak</w:t>
            </w:r>
            <w:proofErr w:type="spellEnd"/>
            <w:r w:rsidRPr="00991B5C">
              <w:rPr>
                <w:rFonts w:ascii="Times New Roman" w:hAnsi="Times New Roman" w:cs="Times New Roman"/>
              </w:rPr>
              <w:t xml:space="preserve"> / </w:t>
            </w:r>
            <w:proofErr w:type="spellStart"/>
            <w:r w:rsidRPr="00991B5C">
              <w:rPr>
                <w:rFonts w:ascii="Times New Roman" w:hAnsi="Times New Roman" w:cs="Times New Roman"/>
              </w:rPr>
              <w:t>Nie</w:t>
            </w:r>
            <w:proofErr w:type="spellEnd"/>
          </w:p>
        </w:tc>
        <w:tc>
          <w:tcPr>
            <w:tcW w:w="3494" w:type="dxa"/>
            <w:tcMar>
              <w:top w:w="55" w:type="dxa"/>
              <w:left w:w="60" w:type="dxa"/>
              <w:bottom w:w="55" w:type="dxa"/>
              <w:right w:w="60" w:type="dxa"/>
            </w:tcMar>
          </w:tcPr>
          <w:p w14:paraId="6ED62973" w14:textId="77777777" w:rsidR="00D80C1E" w:rsidRPr="00991B5C" w:rsidRDefault="00A137B9">
            <w:pPr>
              <w:rPr>
                <w:rFonts w:ascii="Times New Roman" w:hAnsi="Times New Roman" w:cs="Times New Roman"/>
              </w:rPr>
            </w:pPr>
            <w:r w:rsidRPr="00991B5C">
              <w:rPr>
                <w:rFonts w:ascii="Times New Roman" w:hAnsi="Times New Roman" w:cs="Times New Roman"/>
              </w:rPr>
              <w:t>........................</w:t>
            </w:r>
          </w:p>
        </w:tc>
        <w:tc>
          <w:tcPr>
            <w:tcW w:w="3494" w:type="dxa"/>
            <w:tcMar>
              <w:top w:w="55" w:type="dxa"/>
              <w:left w:w="60" w:type="dxa"/>
              <w:bottom w:w="55" w:type="dxa"/>
              <w:right w:w="60" w:type="dxa"/>
            </w:tcMar>
          </w:tcPr>
          <w:p w14:paraId="29010ED9" w14:textId="77777777" w:rsidR="00D80C1E" w:rsidRPr="00991B5C" w:rsidRDefault="00A137B9">
            <w:pPr>
              <w:rPr>
                <w:rFonts w:ascii="Times New Roman" w:hAnsi="Times New Roman" w:cs="Times New Roman"/>
              </w:rPr>
            </w:pPr>
            <w:r w:rsidRPr="00991B5C">
              <w:rPr>
                <w:rFonts w:ascii="Times New Roman" w:hAnsi="Times New Roman" w:cs="Times New Roman"/>
              </w:rPr>
              <w:t>........................</w:t>
            </w:r>
          </w:p>
        </w:tc>
      </w:tr>
      <w:tr w:rsidR="00991B5C" w:rsidRPr="00991B5C" w14:paraId="632F6962" w14:textId="77777777">
        <w:trPr>
          <w:jc w:val="center"/>
        </w:trPr>
        <w:tc>
          <w:tcPr>
            <w:tcW w:w="3494" w:type="dxa"/>
            <w:tcMar>
              <w:top w:w="55" w:type="dxa"/>
              <w:left w:w="60" w:type="dxa"/>
              <w:bottom w:w="55" w:type="dxa"/>
              <w:right w:w="60" w:type="dxa"/>
            </w:tcMar>
          </w:tcPr>
          <w:p w14:paraId="20C88748" w14:textId="77777777" w:rsidR="00D80C1E" w:rsidRPr="00991B5C" w:rsidRDefault="00A137B9">
            <w:pPr>
              <w:rPr>
                <w:rFonts w:ascii="Times New Roman" w:hAnsi="Times New Roman" w:cs="Times New Roman"/>
              </w:rPr>
            </w:pPr>
            <w:proofErr w:type="spellStart"/>
            <w:r w:rsidRPr="00991B5C">
              <w:rPr>
                <w:rFonts w:ascii="Times New Roman" w:hAnsi="Times New Roman" w:cs="Times New Roman"/>
              </w:rPr>
              <w:t>Nasz</w:t>
            </w:r>
            <w:proofErr w:type="spellEnd"/>
            <w:r w:rsidRPr="00991B5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91B5C">
              <w:rPr>
                <w:rFonts w:ascii="Times New Roman" w:hAnsi="Times New Roman" w:cs="Times New Roman"/>
              </w:rPr>
              <w:t>dodatkowy</w:t>
            </w:r>
            <w:proofErr w:type="spellEnd"/>
            <w:r w:rsidRPr="00991B5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91B5C">
              <w:rPr>
                <w:rFonts w:ascii="Times New Roman" w:hAnsi="Times New Roman" w:cs="Times New Roman"/>
              </w:rPr>
              <w:t>zwrot</w:t>
            </w:r>
            <w:proofErr w:type="spellEnd"/>
          </w:p>
        </w:tc>
        <w:tc>
          <w:tcPr>
            <w:tcW w:w="3494" w:type="dxa"/>
            <w:tcMar>
              <w:top w:w="55" w:type="dxa"/>
              <w:left w:w="60" w:type="dxa"/>
              <w:bottom w:w="55" w:type="dxa"/>
              <w:right w:w="60" w:type="dxa"/>
            </w:tcMar>
          </w:tcPr>
          <w:p w14:paraId="47FA9153" w14:textId="77777777" w:rsidR="00D80C1E" w:rsidRPr="00991B5C" w:rsidRDefault="00A137B9">
            <w:pPr>
              <w:rPr>
                <w:rFonts w:ascii="Times New Roman" w:hAnsi="Times New Roman" w:cs="Times New Roman"/>
              </w:rPr>
            </w:pPr>
            <w:r w:rsidRPr="00991B5C">
              <w:rPr>
                <w:rFonts w:ascii="Times New Roman" w:hAnsi="Times New Roman" w:cs="Times New Roman"/>
              </w:rPr>
              <w:t>........................</w:t>
            </w:r>
          </w:p>
        </w:tc>
        <w:tc>
          <w:tcPr>
            <w:tcW w:w="3494" w:type="dxa"/>
            <w:tcMar>
              <w:top w:w="55" w:type="dxa"/>
              <w:left w:w="60" w:type="dxa"/>
              <w:bottom w:w="55" w:type="dxa"/>
              <w:right w:w="60" w:type="dxa"/>
            </w:tcMar>
          </w:tcPr>
          <w:p w14:paraId="72A5F185" w14:textId="77777777" w:rsidR="00D80C1E" w:rsidRPr="00991B5C" w:rsidRDefault="00A137B9">
            <w:pPr>
              <w:rPr>
                <w:rFonts w:ascii="Times New Roman" w:hAnsi="Times New Roman" w:cs="Times New Roman"/>
              </w:rPr>
            </w:pPr>
            <w:r w:rsidRPr="00991B5C">
              <w:rPr>
                <w:rFonts w:ascii="Times New Roman" w:hAnsi="Times New Roman" w:cs="Times New Roman"/>
              </w:rPr>
              <w:t>........................</w:t>
            </w:r>
          </w:p>
        </w:tc>
      </w:tr>
    </w:tbl>
    <w:p w14:paraId="6664B8D5" w14:textId="77777777" w:rsidR="00991B5C" w:rsidRPr="00991B5C" w:rsidRDefault="00991B5C" w:rsidP="00991B5C">
      <w:pPr>
        <w:rPr>
          <w:rFonts w:ascii="Times New Roman" w:hAnsi="Times New Roman" w:cs="Times New Roman"/>
          <w:lang w:val="pl-PL"/>
        </w:rPr>
      </w:pPr>
      <w:r w:rsidRPr="00991B5C">
        <w:rPr>
          <w:rFonts w:ascii="Times New Roman" w:hAnsi="Times New Roman" w:cs="Times New Roman"/>
          <w:b/>
          <w:lang w:val="pl-PL"/>
        </w:rPr>
        <w:br/>
      </w:r>
      <w:r w:rsidR="00A137B9" w:rsidRPr="00991B5C">
        <w:rPr>
          <w:rFonts w:ascii="Times New Roman" w:hAnsi="Times New Roman" w:cs="Times New Roman"/>
          <w:b/>
          <w:lang w:val="pl-PL"/>
        </w:rPr>
        <w:t xml:space="preserve">Jak ich tego nauczymy? </w:t>
      </w:r>
      <w:r w:rsidR="00A137B9" w:rsidRPr="00991B5C">
        <w:rPr>
          <w:rFonts w:ascii="Times New Roman" w:hAnsi="Times New Roman" w:cs="Times New Roman"/>
          <w:lang w:val="pl-PL"/>
        </w:rPr>
        <w:t>........................................................................................................</w:t>
      </w:r>
    </w:p>
    <w:p w14:paraId="2D010B49" w14:textId="77777777" w:rsidR="00991B5C" w:rsidRDefault="00991B5C" w:rsidP="00991B5C">
      <w:pPr>
        <w:rPr>
          <w:rFonts w:ascii="Times New Roman" w:hAnsi="Times New Roman" w:cs="Times New Roman"/>
          <w:lang w:val="pl-PL"/>
        </w:rPr>
      </w:pPr>
    </w:p>
    <w:p w14:paraId="395C2605" w14:textId="4113BB31" w:rsidR="00D80C1E" w:rsidRPr="00991B5C" w:rsidRDefault="00A137B9" w:rsidP="00991B5C">
      <w:pPr>
        <w:pStyle w:val="Nagwek1"/>
        <w:rPr>
          <w:rFonts w:ascii="Times New Roman" w:hAnsi="Times New Roman" w:cs="Times New Roman"/>
          <w:color w:val="auto"/>
          <w:lang w:val="pl-PL"/>
        </w:rPr>
      </w:pPr>
      <w:r w:rsidRPr="00991B5C">
        <w:rPr>
          <w:rFonts w:ascii="Times New Roman" w:hAnsi="Times New Roman" w:cs="Times New Roman"/>
          <w:color w:val="auto"/>
          <w:lang w:val="pl-PL"/>
        </w:rPr>
        <w:t>PODZIAŁ PRACY - TO PROJEKT C</w:t>
      </w:r>
      <w:r w:rsidRPr="00991B5C">
        <w:rPr>
          <w:rFonts w:ascii="Times New Roman" w:hAnsi="Times New Roman" w:cs="Times New Roman"/>
          <w:color w:val="auto"/>
          <w:lang w:val="pl-PL"/>
        </w:rPr>
        <w:t>AŁEJ KLA</w:t>
      </w:r>
      <w:r w:rsidR="00991B5C" w:rsidRPr="00991B5C">
        <w:rPr>
          <w:rFonts w:ascii="Times New Roman" w:hAnsi="Times New Roman" w:cs="Times New Roman"/>
          <w:color w:val="auto"/>
          <w:lang w:val="pl-PL"/>
        </w:rPr>
        <w:t>SY</w:t>
      </w:r>
    </w:p>
    <w:p w14:paraId="1F2B6230" w14:textId="77777777" w:rsidR="00D80C1E" w:rsidRPr="00991B5C" w:rsidRDefault="00A137B9">
      <w:pPr>
        <w:rPr>
          <w:rFonts w:ascii="Times New Roman" w:hAnsi="Times New Roman" w:cs="Times New Roman"/>
          <w:lang w:val="pl-PL"/>
        </w:rPr>
      </w:pPr>
      <w:r w:rsidRPr="00991B5C">
        <w:rPr>
          <w:rFonts w:ascii="Times New Roman" w:hAnsi="Times New Roman" w:cs="Times New Roman"/>
          <w:lang w:val="pl-PL"/>
        </w:rPr>
        <w:t>Podzielcie zadania tak, aby każdy miał swój udział w przygotowaniu stoiska.</w:t>
      </w:r>
    </w:p>
    <w:p w14:paraId="5E629324" w14:textId="77777777" w:rsidR="00D80C1E" w:rsidRPr="00991B5C" w:rsidRDefault="00A137B9">
      <w:pPr>
        <w:spacing w:after="40"/>
        <w:rPr>
          <w:rFonts w:ascii="Times New Roman" w:hAnsi="Times New Roman" w:cs="Times New Roman"/>
          <w:lang w:val="pl-PL"/>
        </w:rPr>
      </w:pPr>
      <w:r w:rsidRPr="00991B5C">
        <w:rPr>
          <w:rFonts w:ascii="Times New Roman" w:hAnsi="Times New Roman" w:cs="Times New Roman"/>
          <w:b/>
          <w:lang w:val="pl-PL"/>
        </w:rPr>
        <w:t>ZESPÓŁ JĘZYKOWY</w:t>
      </w:r>
      <w:r w:rsidRPr="00991B5C">
        <w:rPr>
          <w:rFonts w:ascii="Times New Roman" w:hAnsi="Times New Roman" w:cs="Times New Roman"/>
          <w:lang w:val="pl-PL"/>
        </w:rPr>
        <w:t xml:space="preserve"> - słowa, zwroty, wymowa, </w:t>
      </w:r>
      <w:proofErr w:type="spellStart"/>
      <w:r w:rsidRPr="00991B5C">
        <w:rPr>
          <w:rFonts w:ascii="Times New Roman" w:hAnsi="Times New Roman" w:cs="Times New Roman"/>
          <w:lang w:val="pl-PL"/>
        </w:rPr>
        <w:t>minilekcja</w:t>
      </w:r>
      <w:proofErr w:type="spellEnd"/>
      <w:r w:rsidRPr="00991B5C">
        <w:rPr>
          <w:rFonts w:ascii="Times New Roman" w:hAnsi="Times New Roman" w:cs="Times New Roman"/>
          <w:lang w:val="pl-PL"/>
        </w:rPr>
        <w:t xml:space="preserve"> języka</w:t>
      </w:r>
    </w:p>
    <w:p w14:paraId="06B3C5C4" w14:textId="63D06527" w:rsidR="00D80C1E" w:rsidRPr="00991B5C" w:rsidRDefault="00A137B9">
      <w:pPr>
        <w:spacing w:after="80"/>
        <w:rPr>
          <w:rFonts w:ascii="Times New Roman" w:hAnsi="Times New Roman" w:cs="Times New Roman"/>
          <w:lang w:val="pl-PL"/>
        </w:rPr>
      </w:pPr>
      <w:r w:rsidRPr="00991B5C">
        <w:rPr>
          <w:rFonts w:ascii="Times New Roman" w:hAnsi="Times New Roman" w:cs="Times New Roman"/>
          <w:lang w:val="pl-PL"/>
        </w:rPr>
        <w:t>Osoby: .......................................................................................................</w:t>
      </w:r>
      <w:r w:rsidRPr="00991B5C">
        <w:rPr>
          <w:rFonts w:ascii="Times New Roman" w:hAnsi="Times New Roman" w:cs="Times New Roman"/>
          <w:lang w:val="pl-PL"/>
        </w:rPr>
        <w:t>...</w:t>
      </w:r>
      <w:r>
        <w:rPr>
          <w:rFonts w:ascii="Times New Roman" w:hAnsi="Times New Roman" w:cs="Times New Roman"/>
          <w:lang w:val="pl-PL"/>
        </w:rPr>
        <w:t>..................................................</w:t>
      </w:r>
      <w:r w:rsidRPr="00991B5C">
        <w:rPr>
          <w:rFonts w:ascii="Times New Roman" w:hAnsi="Times New Roman" w:cs="Times New Roman"/>
          <w:lang w:val="pl-PL"/>
        </w:rPr>
        <w:t>..............</w:t>
      </w:r>
    </w:p>
    <w:p w14:paraId="39B6A315" w14:textId="77777777" w:rsidR="00D80C1E" w:rsidRPr="00991B5C" w:rsidRDefault="00A137B9">
      <w:pPr>
        <w:spacing w:after="40"/>
        <w:rPr>
          <w:rFonts w:ascii="Times New Roman" w:hAnsi="Times New Roman" w:cs="Times New Roman"/>
          <w:lang w:val="pl-PL"/>
        </w:rPr>
      </w:pPr>
      <w:r w:rsidRPr="00991B5C">
        <w:rPr>
          <w:rFonts w:ascii="Times New Roman" w:hAnsi="Times New Roman" w:cs="Times New Roman"/>
          <w:b/>
          <w:lang w:val="pl-PL"/>
        </w:rPr>
        <w:t>ZESPÓŁ KULTURY I TRADYCJI</w:t>
      </w:r>
      <w:r w:rsidRPr="00991B5C">
        <w:rPr>
          <w:rFonts w:ascii="Times New Roman" w:hAnsi="Times New Roman" w:cs="Times New Roman"/>
          <w:lang w:val="pl-PL"/>
        </w:rPr>
        <w:t xml:space="preserve"> - ciekawostki, zwyczaje, sztuka, miejsca, znane osoby</w:t>
      </w:r>
    </w:p>
    <w:p w14:paraId="0813E2D8" w14:textId="77777777" w:rsidR="00A137B9" w:rsidRPr="00991B5C" w:rsidRDefault="00A137B9" w:rsidP="00A137B9">
      <w:pPr>
        <w:spacing w:after="80"/>
        <w:rPr>
          <w:rFonts w:ascii="Times New Roman" w:hAnsi="Times New Roman" w:cs="Times New Roman"/>
          <w:lang w:val="pl-PL"/>
        </w:rPr>
      </w:pPr>
      <w:r w:rsidRPr="00991B5C">
        <w:rPr>
          <w:rFonts w:ascii="Times New Roman" w:hAnsi="Times New Roman" w:cs="Times New Roman"/>
          <w:lang w:val="pl-PL"/>
        </w:rPr>
        <w:t>Osoby: ..........................................................................................................</w:t>
      </w:r>
      <w:r>
        <w:rPr>
          <w:rFonts w:ascii="Times New Roman" w:hAnsi="Times New Roman" w:cs="Times New Roman"/>
          <w:lang w:val="pl-PL"/>
        </w:rPr>
        <w:t>..................................................</w:t>
      </w:r>
      <w:r w:rsidRPr="00991B5C">
        <w:rPr>
          <w:rFonts w:ascii="Times New Roman" w:hAnsi="Times New Roman" w:cs="Times New Roman"/>
          <w:lang w:val="pl-PL"/>
        </w:rPr>
        <w:t>..............</w:t>
      </w:r>
    </w:p>
    <w:p w14:paraId="0FB1375E" w14:textId="77777777" w:rsidR="00D80C1E" w:rsidRPr="00991B5C" w:rsidRDefault="00A137B9">
      <w:pPr>
        <w:spacing w:after="40"/>
        <w:rPr>
          <w:rFonts w:ascii="Times New Roman" w:hAnsi="Times New Roman" w:cs="Times New Roman"/>
          <w:lang w:val="pl-PL"/>
        </w:rPr>
      </w:pPr>
      <w:r w:rsidRPr="00991B5C">
        <w:rPr>
          <w:rFonts w:ascii="Times New Roman" w:hAnsi="Times New Roman" w:cs="Times New Roman"/>
          <w:b/>
          <w:lang w:val="pl-PL"/>
        </w:rPr>
        <w:t>ZESPÓŁ DEKORACJI I STROJÓW</w:t>
      </w:r>
      <w:r w:rsidRPr="00991B5C">
        <w:rPr>
          <w:rFonts w:ascii="Times New Roman" w:hAnsi="Times New Roman" w:cs="Times New Roman"/>
          <w:lang w:val="pl-PL"/>
        </w:rPr>
        <w:t xml:space="preserve"> - w</w:t>
      </w:r>
      <w:r w:rsidRPr="00991B5C">
        <w:rPr>
          <w:rFonts w:ascii="Times New Roman" w:hAnsi="Times New Roman" w:cs="Times New Roman"/>
          <w:lang w:val="pl-PL"/>
        </w:rPr>
        <w:t>ygląd stanowiska, flaga, mapa, dekoracje, stroje</w:t>
      </w:r>
    </w:p>
    <w:p w14:paraId="7DF21E4E" w14:textId="77777777" w:rsidR="00A137B9" w:rsidRPr="00991B5C" w:rsidRDefault="00A137B9" w:rsidP="00A137B9">
      <w:pPr>
        <w:spacing w:after="80"/>
        <w:rPr>
          <w:rFonts w:ascii="Times New Roman" w:hAnsi="Times New Roman" w:cs="Times New Roman"/>
          <w:lang w:val="pl-PL"/>
        </w:rPr>
      </w:pPr>
      <w:r w:rsidRPr="00991B5C">
        <w:rPr>
          <w:rFonts w:ascii="Times New Roman" w:hAnsi="Times New Roman" w:cs="Times New Roman"/>
          <w:lang w:val="pl-PL"/>
        </w:rPr>
        <w:t>Osoby: ..........................................................................................................</w:t>
      </w:r>
      <w:r>
        <w:rPr>
          <w:rFonts w:ascii="Times New Roman" w:hAnsi="Times New Roman" w:cs="Times New Roman"/>
          <w:lang w:val="pl-PL"/>
        </w:rPr>
        <w:t>..................................................</w:t>
      </w:r>
      <w:r w:rsidRPr="00991B5C">
        <w:rPr>
          <w:rFonts w:ascii="Times New Roman" w:hAnsi="Times New Roman" w:cs="Times New Roman"/>
          <w:lang w:val="pl-PL"/>
        </w:rPr>
        <w:t>..............</w:t>
      </w:r>
    </w:p>
    <w:p w14:paraId="220436CD" w14:textId="77777777" w:rsidR="00D80C1E" w:rsidRPr="00991B5C" w:rsidRDefault="00A137B9">
      <w:pPr>
        <w:spacing w:after="40"/>
        <w:rPr>
          <w:rFonts w:ascii="Times New Roman" w:hAnsi="Times New Roman" w:cs="Times New Roman"/>
          <w:lang w:val="pl-PL"/>
        </w:rPr>
      </w:pPr>
      <w:r w:rsidRPr="00991B5C">
        <w:rPr>
          <w:rFonts w:ascii="Times New Roman" w:hAnsi="Times New Roman" w:cs="Times New Roman"/>
          <w:b/>
          <w:lang w:val="pl-PL"/>
        </w:rPr>
        <w:t>ZESPÓŁ KULINARNY</w:t>
      </w:r>
      <w:r w:rsidRPr="00991B5C">
        <w:rPr>
          <w:rFonts w:ascii="Times New Roman" w:hAnsi="Times New Roman" w:cs="Times New Roman"/>
          <w:lang w:val="pl-PL"/>
        </w:rPr>
        <w:t xml:space="preserve"> - prezentacja kuchni i ewentualna degustacja</w:t>
      </w:r>
    </w:p>
    <w:p w14:paraId="4C818C1F" w14:textId="77777777" w:rsidR="00A137B9" w:rsidRPr="00991B5C" w:rsidRDefault="00A137B9" w:rsidP="00A137B9">
      <w:pPr>
        <w:spacing w:after="80"/>
        <w:rPr>
          <w:rFonts w:ascii="Times New Roman" w:hAnsi="Times New Roman" w:cs="Times New Roman"/>
          <w:lang w:val="pl-PL"/>
        </w:rPr>
      </w:pPr>
      <w:r w:rsidRPr="00991B5C">
        <w:rPr>
          <w:rFonts w:ascii="Times New Roman" w:hAnsi="Times New Roman" w:cs="Times New Roman"/>
          <w:lang w:val="pl-PL"/>
        </w:rPr>
        <w:t>Osoby: ..........................................................................................................</w:t>
      </w:r>
      <w:r>
        <w:rPr>
          <w:rFonts w:ascii="Times New Roman" w:hAnsi="Times New Roman" w:cs="Times New Roman"/>
          <w:lang w:val="pl-PL"/>
        </w:rPr>
        <w:t>..................................................</w:t>
      </w:r>
      <w:r w:rsidRPr="00991B5C">
        <w:rPr>
          <w:rFonts w:ascii="Times New Roman" w:hAnsi="Times New Roman" w:cs="Times New Roman"/>
          <w:lang w:val="pl-PL"/>
        </w:rPr>
        <w:t>..............</w:t>
      </w:r>
    </w:p>
    <w:p w14:paraId="0C666301" w14:textId="77777777" w:rsidR="00D80C1E" w:rsidRPr="00991B5C" w:rsidRDefault="00A137B9">
      <w:pPr>
        <w:spacing w:after="40"/>
        <w:rPr>
          <w:rFonts w:ascii="Times New Roman" w:hAnsi="Times New Roman" w:cs="Times New Roman"/>
          <w:lang w:val="pl-PL"/>
        </w:rPr>
      </w:pPr>
      <w:r w:rsidRPr="00991B5C">
        <w:rPr>
          <w:rFonts w:ascii="Times New Roman" w:hAnsi="Times New Roman" w:cs="Times New Roman"/>
          <w:b/>
          <w:lang w:val="pl-PL"/>
        </w:rPr>
        <w:t>ZESPÓŁ ATRAKCJI</w:t>
      </w:r>
      <w:r w:rsidRPr="00991B5C">
        <w:rPr>
          <w:rFonts w:ascii="Times New Roman" w:hAnsi="Times New Roman" w:cs="Times New Roman"/>
          <w:lang w:val="pl-PL"/>
        </w:rPr>
        <w:t xml:space="preserve"> - quizy, gry, zadania i aktywności dla odwiedzających</w:t>
      </w:r>
    </w:p>
    <w:p w14:paraId="20E96FC8" w14:textId="77777777" w:rsidR="00A137B9" w:rsidRPr="00991B5C" w:rsidRDefault="00A137B9" w:rsidP="00A137B9">
      <w:pPr>
        <w:spacing w:after="80"/>
        <w:rPr>
          <w:rFonts w:ascii="Times New Roman" w:hAnsi="Times New Roman" w:cs="Times New Roman"/>
          <w:lang w:val="pl-PL"/>
        </w:rPr>
      </w:pPr>
      <w:r w:rsidRPr="00991B5C">
        <w:rPr>
          <w:rFonts w:ascii="Times New Roman" w:hAnsi="Times New Roman" w:cs="Times New Roman"/>
          <w:lang w:val="pl-PL"/>
        </w:rPr>
        <w:t>Osoby: ..........................................................................................................</w:t>
      </w:r>
      <w:r>
        <w:rPr>
          <w:rFonts w:ascii="Times New Roman" w:hAnsi="Times New Roman" w:cs="Times New Roman"/>
          <w:lang w:val="pl-PL"/>
        </w:rPr>
        <w:t>..................................................</w:t>
      </w:r>
      <w:r w:rsidRPr="00991B5C">
        <w:rPr>
          <w:rFonts w:ascii="Times New Roman" w:hAnsi="Times New Roman" w:cs="Times New Roman"/>
          <w:lang w:val="pl-PL"/>
        </w:rPr>
        <w:t>..............</w:t>
      </w:r>
    </w:p>
    <w:p w14:paraId="0A99567A" w14:textId="77777777" w:rsidR="00D80C1E" w:rsidRPr="00991B5C" w:rsidRDefault="00A137B9">
      <w:pPr>
        <w:spacing w:after="40"/>
        <w:rPr>
          <w:rFonts w:ascii="Times New Roman" w:hAnsi="Times New Roman" w:cs="Times New Roman"/>
          <w:lang w:val="pl-PL"/>
        </w:rPr>
      </w:pPr>
      <w:r w:rsidRPr="00991B5C">
        <w:rPr>
          <w:rFonts w:ascii="Times New Roman" w:hAnsi="Times New Roman" w:cs="Times New Roman"/>
          <w:b/>
          <w:lang w:val="pl-PL"/>
        </w:rPr>
        <w:t>GOSPODARZE STOISKA</w:t>
      </w:r>
      <w:r w:rsidRPr="00991B5C">
        <w:rPr>
          <w:rFonts w:ascii="Times New Roman" w:hAnsi="Times New Roman" w:cs="Times New Roman"/>
          <w:lang w:val="pl-PL"/>
        </w:rPr>
        <w:t xml:space="preserve"> - witają gości, prezentują kraj, prowadzą zabawy i uczą języka</w:t>
      </w:r>
    </w:p>
    <w:p w14:paraId="3672226D" w14:textId="77777777" w:rsidR="00A137B9" w:rsidRPr="00991B5C" w:rsidRDefault="00A137B9" w:rsidP="00A137B9">
      <w:pPr>
        <w:spacing w:after="80"/>
        <w:rPr>
          <w:rFonts w:ascii="Times New Roman" w:hAnsi="Times New Roman" w:cs="Times New Roman"/>
          <w:lang w:val="pl-PL"/>
        </w:rPr>
      </w:pPr>
      <w:r w:rsidRPr="00991B5C">
        <w:rPr>
          <w:rFonts w:ascii="Times New Roman" w:hAnsi="Times New Roman" w:cs="Times New Roman"/>
          <w:lang w:val="pl-PL"/>
        </w:rPr>
        <w:t>Osoby: ..........................................................................................................</w:t>
      </w:r>
      <w:r>
        <w:rPr>
          <w:rFonts w:ascii="Times New Roman" w:hAnsi="Times New Roman" w:cs="Times New Roman"/>
          <w:lang w:val="pl-PL"/>
        </w:rPr>
        <w:t>..................................................</w:t>
      </w:r>
      <w:r w:rsidRPr="00991B5C">
        <w:rPr>
          <w:rFonts w:ascii="Times New Roman" w:hAnsi="Times New Roman" w:cs="Times New Roman"/>
          <w:lang w:val="pl-PL"/>
        </w:rPr>
        <w:t>..............</w:t>
      </w:r>
    </w:p>
    <w:p w14:paraId="3D9FCF28" w14:textId="77777777" w:rsidR="00D80C1E" w:rsidRPr="00991B5C" w:rsidRDefault="00A137B9">
      <w:pPr>
        <w:pStyle w:val="Nagwek1"/>
        <w:rPr>
          <w:rFonts w:ascii="Times New Roman" w:hAnsi="Times New Roman" w:cs="Times New Roman"/>
          <w:color w:val="auto"/>
          <w:lang w:val="pl-PL"/>
        </w:rPr>
      </w:pPr>
      <w:r w:rsidRPr="00991B5C">
        <w:rPr>
          <w:rFonts w:ascii="Times New Roman" w:hAnsi="Times New Roman" w:cs="Times New Roman"/>
          <w:color w:val="auto"/>
          <w:lang w:val="pl-PL"/>
        </w:rPr>
        <w:t>WYZWANIE: „ZASKOCZ EUROPĘ!”</w:t>
      </w:r>
    </w:p>
    <w:p w14:paraId="36DAFAF6" w14:textId="77777777" w:rsidR="00D80C1E" w:rsidRPr="00991B5C" w:rsidRDefault="00A137B9">
      <w:pPr>
        <w:rPr>
          <w:rFonts w:ascii="Times New Roman" w:hAnsi="Times New Roman" w:cs="Times New Roman"/>
          <w:lang w:val="pl-PL"/>
        </w:rPr>
      </w:pPr>
      <w:r w:rsidRPr="00991B5C">
        <w:rPr>
          <w:rFonts w:ascii="Times New Roman" w:hAnsi="Times New Roman" w:cs="Times New Roman"/>
          <w:b/>
          <w:lang w:val="pl-PL"/>
        </w:rPr>
        <w:t xml:space="preserve">Przygotujcie jedną niespodziankę, której nie zdradzacie wcześniej innym klasom. </w:t>
      </w:r>
      <w:r w:rsidRPr="00991B5C">
        <w:rPr>
          <w:rFonts w:ascii="Times New Roman" w:hAnsi="Times New Roman" w:cs="Times New Roman"/>
          <w:lang w:val="pl-PL"/>
        </w:rPr>
        <w:t>Może to być taniec, scenka, konkurs, niezwykła gra, warsztat, degustacja,</w:t>
      </w:r>
      <w:r w:rsidRPr="00991B5C">
        <w:rPr>
          <w:rFonts w:ascii="Times New Roman" w:hAnsi="Times New Roman" w:cs="Times New Roman"/>
          <w:lang w:val="pl-PL"/>
        </w:rPr>
        <w:t xml:space="preserve"> pokaz lub zupełnie inny pomysł.</w:t>
      </w:r>
    </w:p>
    <w:p w14:paraId="09DA8982" w14:textId="0326EDDA" w:rsidR="00D80C1E" w:rsidRPr="00991B5C" w:rsidRDefault="00A137B9">
      <w:pPr>
        <w:rPr>
          <w:rFonts w:ascii="Times New Roman" w:hAnsi="Times New Roman" w:cs="Times New Roman"/>
          <w:lang w:val="pl-PL"/>
        </w:rPr>
      </w:pPr>
      <w:r w:rsidRPr="00991B5C">
        <w:rPr>
          <w:rFonts w:ascii="Times New Roman" w:hAnsi="Times New Roman" w:cs="Times New Roman"/>
          <w:lang w:val="pl-PL"/>
        </w:rPr>
        <w:t>Nasz pomysł: .............................................................................................................</w:t>
      </w:r>
      <w:r>
        <w:rPr>
          <w:rFonts w:ascii="Times New Roman" w:hAnsi="Times New Roman" w:cs="Times New Roman"/>
          <w:lang w:val="pl-PL"/>
        </w:rPr>
        <w:t>.....................................</w:t>
      </w:r>
      <w:r w:rsidRPr="00991B5C">
        <w:rPr>
          <w:rFonts w:ascii="Times New Roman" w:hAnsi="Times New Roman" w:cs="Times New Roman"/>
          <w:lang w:val="pl-PL"/>
        </w:rPr>
        <w:t>...........</w:t>
      </w:r>
    </w:p>
    <w:p w14:paraId="1FDA0769" w14:textId="59EAF724" w:rsidR="00D80C1E" w:rsidRDefault="00A137B9">
      <w:pPr>
        <w:rPr>
          <w:rFonts w:ascii="Times New Roman" w:hAnsi="Times New Roman" w:cs="Times New Roman"/>
          <w:lang w:val="pl-PL"/>
        </w:rPr>
      </w:pPr>
      <w:r w:rsidRPr="00991B5C">
        <w:rPr>
          <w:rFonts w:ascii="Times New Roman" w:hAnsi="Times New Roman" w:cs="Times New Roman"/>
          <w:lang w:val="pl-PL"/>
        </w:rPr>
        <w:t>.........................................................................................</w:t>
      </w:r>
      <w:r w:rsidRPr="00991B5C">
        <w:rPr>
          <w:rFonts w:ascii="Times New Roman" w:hAnsi="Times New Roman" w:cs="Times New Roman"/>
          <w:lang w:val="pl-PL"/>
        </w:rPr>
        <w:t>....................</w:t>
      </w:r>
      <w:r>
        <w:rPr>
          <w:rFonts w:ascii="Times New Roman" w:hAnsi="Times New Roman" w:cs="Times New Roman"/>
          <w:lang w:val="pl-PL"/>
        </w:rPr>
        <w:t>.....................................</w:t>
      </w:r>
      <w:r w:rsidRPr="00991B5C">
        <w:rPr>
          <w:rFonts w:ascii="Times New Roman" w:hAnsi="Times New Roman" w:cs="Times New Roman"/>
          <w:lang w:val="pl-PL"/>
        </w:rPr>
        <w:t>..................................</w:t>
      </w:r>
    </w:p>
    <w:p w14:paraId="5D4B435A" w14:textId="2B63AFA2" w:rsidR="00991B5C" w:rsidRDefault="00991B5C">
      <w:pPr>
        <w:rPr>
          <w:rFonts w:ascii="Times New Roman" w:hAnsi="Times New Roman" w:cs="Times New Roman"/>
          <w:lang w:val="pl-PL"/>
        </w:rPr>
      </w:pPr>
    </w:p>
    <w:p w14:paraId="2A55AED2" w14:textId="77777777" w:rsidR="00991B5C" w:rsidRPr="00991B5C" w:rsidRDefault="00991B5C">
      <w:pPr>
        <w:rPr>
          <w:rFonts w:ascii="Times New Roman" w:hAnsi="Times New Roman" w:cs="Times New Roman"/>
          <w:lang w:val="pl-PL"/>
        </w:rPr>
      </w:pPr>
    </w:p>
    <w:p w14:paraId="0A5B100E" w14:textId="77777777" w:rsidR="00D80C1E" w:rsidRPr="00991B5C" w:rsidRDefault="00A137B9">
      <w:pPr>
        <w:pStyle w:val="Nagwek1"/>
        <w:rPr>
          <w:rFonts w:ascii="Times New Roman" w:hAnsi="Times New Roman" w:cs="Times New Roman"/>
          <w:color w:val="auto"/>
          <w:lang w:val="pl-PL"/>
        </w:rPr>
      </w:pPr>
      <w:r w:rsidRPr="00991B5C">
        <w:rPr>
          <w:rFonts w:ascii="Times New Roman" w:hAnsi="Times New Roman" w:cs="Times New Roman"/>
          <w:color w:val="auto"/>
          <w:lang w:val="pl-PL"/>
        </w:rPr>
        <w:lastRenderedPageBreak/>
        <w:t>PLAN PRZYGOTOWAŃ</w:t>
      </w:r>
    </w:p>
    <w:p w14:paraId="62839272" w14:textId="77777777" w:rsidR="00D80C1E" w:rsidRPr="00991B5C" w:rsidRDefault="00A137B9">
      <w:pPr>
        <w:spacing w:after="40"/>
        <w:rPr>
          <w:rFonts w:ascii="Times New Roman" w:hAnsi="Times New Roman" w:cs="Times New Roman"/>
          <w:lang w:val="pl-PL"/>
        </w:rPr>
      </w:pPr>
      <w:r w:rsidRPr="00991B5C">
        <w:rPr>
          <w:rFonts w:ascii="Segoe UI Symbol" w:hAnsi="Segoe UI Symbol" w:cs="Segoe UI Symbol"/>
          <w:lang w:val="pl-PL"/>
        </w:rPr>
        <w:t>☐</w:t>
      </w:r>
      <w:r w:rsidRPr="00991B5C">
        <w:rPr>
          <w:rFonts w:ascii="Times New Roman" w:hAnsi="Times New Roman" w:cs="Times New Roman"/>
          <w:lang w:val="pl-PL"/>
        </w:rPr>
        <w:t xml:space="preserve">  </w:t>
      </w:r>
      <w:r w:rsidRPr="00991B5C">
        <w:rPr>
          <w:rFonts w:ascii="Times New Roman" w:hAnsi="Times New Roman" w:cs="Times New Roman"/>
          <w:lang w:val="pl-PL"/>
        </w:rPr>
        <w:t>1. Poznajemy wylosowany kraj i zbieramy sprawdzone informacje.</w:t>
      </w:r>
    </w:p>
    <w:p w14:paraId="6C960371" w14:textId="77777777" w:rsidR="00D80C1E" w:rsidRPr="00991B5C" w:rsidRDefault="00A137B9">
      <w:pPr>
        <w:spacing w:after="40"/>
        <w:rPr>
          <w:rFonts w:ascii="Times New Roman" w:hAnsi="Times New Roman" w:cs="Times New Roman"/>
          <w:lang w:val="pl-PL"/>
        </w:rPr>
      </w:pPr>
      <w:r w:rsidRPr="00991B5C">
        <w:rPr>
          <w:rFonts w:ascii="Segoe UI Symbol" w:hAnsi="Segoe UI Symbol" w:cs="Segoe UI Symbol"/>
          <w:lang w:val="pl-PL"/>
        </w:rPr>
        <w:t>☐</w:t>
      </w:r>
      <w:r w:rsidRPr="00991B5C">
        <w:rPr>
          <w:rFonts w:ascii="Times New Roman" w:hAnsi="Times New Roman" w:cs="Times New Roman"/>
          <w:lang w:val="pl-PL"/>
        </w:rPr>
        <w:t xml:space="preserve">  </w:t>
      </w:r>
      <w:r w:rsidRPr="00991B5C">
        <w:rPr>
          <w:rFonts w:ascii="Times New Roman" w:hAnsi="Times New Roman" w:cs="Times New Roman"/>
          <w:lang w:val="pl-PL"/>
        </w:rPr>
        <w:t>2. Wybieramy najciekawsze treści - nie próbujemy pokazać wszystkiego.</w:t>
      </w:r>
    </w:p>
    <w:p w14:paraId="520EF2B2" w14:textId="77777777" w:rsidR="00D80C1E" w:rsidRPr="00991B5C" w:rsidRDefault="00A137B9">
      <w:pPr>
        <w:spacing w:after="40"/>
        <w:rPr>
          <w:rFonts w:ascii="Times New Roman" w:hAnsi="Times New Roman" w:cs="Times New Roman"/>
          <w:lang w:val="pl-PL"/>
        </w:rPr>
      </w:pPr>
      <w:r w:rsidRPr="00991B5C">
        <w:rPr>
          <w:rFonts w:ascii="Segoe UI Symbol" w:hAnsi="Segoe UI Symbol" w:cs="Segoe UI Symbol"/>
          <w:lang w:val="pl-PL"/>
        </w:rPr>
        <w:t>☐</w:t>
      </w:r>
      <w:r w:rsidRPr="00991B5C">
        <w:rPr>
          <w:rFonts w:ascii="Times New Roman" w:hAnsi="Times New Roman" w:cs="Times New Roman"/>
          <w:lang w:val="pl-PL"/>
        </w:rPr>
        <w:t xml:space="preserve">  </w:t>
      </w:r>
      <w:r w:rsidRPr="00991B5C">
        <w:rPr>
          <w:rFonts w:ascii="Times New Roman" w:hAnsi="Times New Roman" w:cs="Times New Roman"/>
          <w:lang w:val="pl-PL"/>
        </w:rPr>
        <w:t xml:space="preserve">3. Dzielimy się na zespoły i </w:t>
      </w:r>
      <w:r w:rsidRPr="00991B5C">
        <w:rPr>
          <w:rFonts w:ascii="Times New Roman" w:hAnsi="Times New Roman" w:cs="Times New Roman"/>
          <w:lang w:val="pl-PL"/>
        </w:rPr>
        <w:t>przydzielamy zadania.</w:t>
      </w:r>
    </w:p>
    <w:p w14:paraId="22817F31" w14:textId="77777777" w:rsidR="00D80C1E" w:rsidRPr="00991B5C" w:rsidRDefault="00A137B9">
      <w:pPr>
        <w:spacing w:after="40"/>
        <w:rPr>
          <w:rFonts w:ascii="Times New Roman" w:hAnsi="Times New Roman" w:cs="Times New Roman"/>
          <w:lang w:val="pl-PL"/>
        </w:rPr>
      </w:pPr>
      <w:r w:rsidRPr="00991B5C">
        <w:rPr>
          <w:rFonts w:ascii="Segoe UI Symbol" w:hAnsi="Segoe UI Symbol" w:cs="Segoe UI Symbol"/>
          <w:lang w:val="pl-PL"/>
        </w:rPr>
        <w:t>☐</w:t>
      </w:r>
      <w:r w:rsidRPr="00991B5C">
        <w:rPr>
          <w:rFonts w:ascii="Times New Roman" w:hAnsi="Times New Roman" w:cs="Times New Roman"/>
          <w:lang w:val="pl-PL"/>
        </w:rPr>
        <w:t xml:space="preserve">  </w:t>
      </w:r>
      <w:r w:rsidRPr="00991B5C">
        <w:rPr>
          <w:rFonts w:ascii="Times New Roman" w:hAnsi="Times New Roman" w:cs="Times New Roman"/>
          <w:lang w:val="pl-PL"/>
        </w:rPr>
        <w:t>4. Projektujemy wygląd stoiska i planujemy atrakcje.</w:t>
      </w:r>
    </w:p>
    <w:p w14:paraId="5CF93D30" w14:textId="77777777" w:rsidR="00D80C1E" w:rsidRPr="00991B5C" w:rsidRDefault="00A137B9">
      <w:pPr>
        <w:spacing w:after="40"/>
        <w:rPr>
          <w:rFonts w:ascii="Times New Roman" w:hAnsi="Times New Roman" w:cs="Times New Roman"/>
          <w:lang w:val="pl-PL"/>
        </w:rPr>
      </w:pPr>
      <w:r w:rsidRPr="00991B5C">
        <w:rPr>
          <w:rFonts w:ascii="Segoe UI Symbol" w:hAnsi="Segoe UI Symbol" w:cs="Segoe UI Symbol"/>
          <w:lang w:val="pl-PL"/>
        </w:rPr>
        <w:t>☐</w:t>
      </w:r>
      <w:r w:rsidRPr="00991B5C">
        <w:rPr>
          <w:rFonts w:ascii="Times New Roman" w:hAnsi="Times New Roman" w:cs="Times New Roman"/>
          <w:lang w:val="pl-PL"/>
        </w:rPr>
        <w:t xml:space="preserve">  </w:t>
      </w:r>
      <w:r w:rsidRPr="00991B5C">
        <w:rPr>
          <w:rFonts w:ascii="Times New Roman" w:hAnsi="Times New Roman" w:cs="Times New Roman"/>
          <w:lang w:val="pl-PL"/>
        </w:rPr>
        <w:t xml:space="preserve">5. Przygotowujemy materiały, dekoracje, rekwizyty i </w:t>
      </w:r>
      <w:proofErr w:type="spellStart"/>
      <w:r w:rsidRPr="00991B5C">
        <w:rPr>
          <w:rFonts w:ascii="Times New Roman" w:hAnsi="Times New Roman" w:cs="Times New Roman"/>
          <w:lang w:val="pl-PL"/>
        </w:rPr>
        <w:t>minilekcję</w:t>
      </w:r>
      <w:proofErr w:type="spellEnd"/>
      <w:r w:rsidRPr="00991B5C">
        <w:rPr>
          <w:rFonts w:ascii="Times New Roman" w:hAnsi="Times New Roman" w:cs="Times New Roman"/>
          <w:lang w:val="pl-PL"/>
        </w:rPr>
        <w:t xml:space="preserve"> języka.</w:t>
      </w:r>
    </w:p>
    <w:p w14:paraId="60AD31BA" w14:textId="77777777" w:rsidR="00D80C1E" w:rsidRPr="00991B5C" w:rsidRDefault="00A137B9">
      <w:pPr>
        <w:spacing w:after="40"/>
        <w:rPr>
          <w:rFonts w:ascii="Times New Roman" w:hAnsi="Times New Roman" w:cs="Times New Roman"/>
          <w:lang w:val="pl-PL"/>
        </w:rPr>
      </w:pPr>
      <w:r w:rsidRPr="00991B5C">
        <w:rPr>
          <w:rFonts w:ascii="Segoe UI Symbol" w:hAnsi="Segoe UI Symbol" w:cs="Segoe UI Symbol"/>
          <w:lang w:val="pl-PL"/>
        </w:rPr>
        <w:t>☐</w:t>
      </w:r>
      <w:r w:rsidRPr="00991B5C">
        <w:rPr>
          <w:rFonts w:ascii="Times New Roman" w:hAnsi="Times New Roman" w:cs="Times New Roman"/>
          <w:lang w:val="pl-PL"/>
        </w:rPr>
        <w:t xml:space="preserve">  </w:t>
      </w:r>
      <w:r w:rsidRPr="00991B5C">
        <w:rPr>
          <w:rFonts w:ascii="Times New Roman" w:hAnsi="Times New Roman" w:cs="Times New Roman"/>
          <w:lang w:val="pl-PL"/>
        </w:rPr>
        <w:t>6. Ćwiczymy krótką prezentację oraz wymowę słów i zwrotów.</w:t>
      </w:r>
    </w:p>
    <w:p w14:paraId="6F599DDC" w14:textId="77777777" w:rsidR="00D80C1E" w:rsidRPr="00991B5C" w:rsidRDefault="00A137B9">
      <w:pPr>
        <w:spacing w:after="40"/>
        <w:rPr>
          <w:rFonts w:ascii="Times New Roman" w:hAnsi="Times New Roman" w:cs="Times New Roman"/>
          <w:lang w:val="pl-PL"/>
        </w:rPr>
      </w:pPr>
      <w:r w:rsidRPr="00991B5C">
        <w:rPr>
          <w:rFonts w:ascii="Segoe UI Symbol" w:hAnsi="Segoe UI Symbol" w:cs="Segoe UI Symbol"/>
          <w:lang w:val="pl-PL"/>
        </w:rPr>
        <w:t>☐</w:t>
      </w:r>
      <w:r w:rsidRPr="00991B5C">
        <w:rPr>
          <w:rFonts w:ascii="Times New Roman" w:hAnsi="Times New Roman" w:cs="Times New Roman"/>
          <w:lang w:val="pl-PL"/>
        </w:rPr>
        <w:t xml:space="preserve">  </w:t>
      </w:r>
      <w:r w:rsidRPr="00991B5C">
        <w:rPr>
          <w:rFonts w:ascii="Times New Roman" w:hAnsi="Times New Roman" w:cs="Times New Roman"/>
          <w:lang w:val="pl-PL"/>
        </w:rPr>
        <w:t xml:space="preserve">7. Sprawdzamy stoisko według </w:t>
      </w:r>
      <w:proofErr w:type="spellStart"/>
      <w:r w:rsidRPr="00991B5C">
        <w:rPr>
          <w:rFonts w:ascii="Times New Roman" w:hAnsi="Times New Roman" w:cs="Times New Roman"/>
          <w:lang w:val="pl-PL"/>
        </w:rPr>
        <w:t>checklisty</w:t>
      </w:r>
      <w:proofErr w:type="spellEnd"/>
      <w:r w:rsidRPr="00991B5C">
        <w:rPr>
          <w:rFonts w:ascii="Times New Roman" w:hAnsi="Times New Roman" w:cs="Times New Roman"/>
          <w:lang w:val="pl-PL"/>
        </w:rPr>
        <w:t>.</w:t>
      </w:r>
    </w:p>
    <w:p w14:paraId="5C09F356" w14:textId="77777777" w:rsidR="00D80C1E" w:rsidRPr="00991B5C" w:rsidRDefault="00A137B9">
      <w:pPr>
        <w:spacing w:after="40"/>
        <w:rPr>
          <w:rFonts w:ascii="Times New Roman" w:hAnsi="Times New Roman" w:cs="Times New Roman"/>
          <w:lang w:val="pl-PL"/>
        </w:rPr>
      </w:pPr>
      <w:r w:rsidRPr="00991B5C">
        <w:rPr>
          <w:rFonts w:ascii="Segoe UI Symbol" w:hAnsi="Segoe UI Symbol" w:cs="Segoe UI Symbol"/>
          <w:lang w:val="pl-PL"/>
        </w:rPr>
        <w:t>☐</w:t>
      </w:r>
      <w:r w:rsidRPr="00991B5C">
        <w:rPr>
          <w:rFonts w:ascii="Times New Roman" w:hAnsi="Times New Roman" w:cs="Times New Roman"/>
          <w:lang w:val="pl-PL"/>
        </w:rPr>
        <w:t xml:space="preserve">  </w:t>
      </w:r>
      <w:r w:rsidRPr="00991B5C">
        <w:rPr>
          <w:rFonts w:ascii="Times New Roman" w:hAnsi="Times New Roman" w:cs="Times New Roman"/>
          <w:lang w:val="pl-PL"/>
        </w:rPr>
        <w:t>8. W dniu wydarzenia działamy zmianowo, aby każdy mógł także zwiedzić Europę.</w:t>
      </w:r>
    </w:p>
    <w:p w14:paraId="63618A37" w14:textId="77777777" w:rsidR="00991B5C" w:rsidRDefault="00991B5C" w:rsidP="00991B5C">
      <w:pPr>
        <w:rPr>
          <w:rFonts w:ascii="Times New Roman" w:hAnsi="Times New Roman" w:cs="Times New Roman"/>
          <w:lang w:val="pl-PL"/>
        </w:rPr>
      </w:pPr>
    </w:p>
    <w:p w14:paraId="30CAD2FD" w14:textId="2EBEA8E1" w:rsidR="00D80C1E" w:rsidRPr="00991B5C" w:rsidRDefault="00A137B9" w:rsidP="00991B5C">
      <w:pPr>
        <w:pStyle w:val="Nagwek1"/>
        <w:rPr>
          <w:rFonts w:ascii="Times New Roman" w:hAnsi="Times New Roman" w:cs="Times New Roman"/>
          <w:color w:val="auto"/>
          <w:lang w:val="pl-PL"/>
        </w:rPr>
      </w:pPr>
      <w:r w:rsidRPr="00991B5C">
        <w:rPr>
          <w:rFonts w:ascii="Times New Roman" w:hAnsi="Times New Roman" w:cs="Times New Roman"/>
          <w:color w:val="auto"/>
          <w:lang w:val="pl-PL"/>
        </w:rPr>
        <w:t>CHECKLISTA GOTOWEGO STOISKA</w:t>
      </w:r>
    </w:p>
    <w:p w14:paraId="700D05CE" w14:textId="77777777" w:rsidR="00D80C1E" w:rsidRPr="00991B5C" w:rsidRDefault="00A137B9">
      <w:pPr>
        <w:spacing w:after="40"/>
        <w:rPr>
          <w:rFonts w:ascii="Times New Roman" w:hAnsi="Times New Roman" w:cs="Times New Roman"/>
          <w:lang w:val="pl-PL"/>
        </w:rPr>
      </w:pPr>
      <w:r w:rsidRPr="00991B5C">
        <w:rPr>
          <w:rFonts w:ascii="Segoe UI Symbol" w:hAnsi="Segoe UI Symbol" w:cs="Segoe UI Symbol"/>
          <w:lang w:val="pl-PL"/>
        </w:rPr>
        <w:t>☐</w:t>
      </w:r>
      <w:r w:rsidRPr="00991B5C">
        <w:rPr>
          <w:rFonts w:ascii="Times New Roman" w:hAnsi="Times New Roman" w:cs="Times New Roman"/>
          <w:lang w:val="pl-PL"/>
        </w:rPr>
        <w:t xml:space="preserve">  </w:t>
      </w:r>
      <w:r w:rsidRPr="00991B5C">
        <w:rPr>
          <w:rFonts w:ascii="Times New Roman" w:hAnsi="Times New Roman" w:cs="Times New Roman"/>
          <w:lang w:val="pl-PL"/>
        </w:rPr>
        <w:t>Widać nazwę naszego państwa i jego flagę.</w:t>
      </w:r>
    </w:p>
    <w:p w14:paraId="3EA49E21" w14:textId="77777777" w:rsidR="00D80C1E" w:rsidRPr="00991B5C" w:rsidRDefault="00A137B9">
      <w:pPr>
        <w:spacing w:after="40"/>
        <w:rPr>
          <w:rFonts w:ascii="Times New Roman" w:hAnsi="Times New Roman" w:cs="Times New Roman"/>
          <w:lang w:val="pl-PL"/>
        </w:rPr>
      </w:pPr>
      <w:r w:rsidRPr="00991B5C">
        <w:rPr>
          <w:rFonts w:ascii="Segoe UI Symbol" w:hAnsi="Segoe UI Symbol" w:cs="Segoe UI Symbol"/>
          <w:lang w:val="pl-PL"/>
        </w:rPr>
        <w:t>☐</w:t>
      </w:r>
      <w:r w:rsidRPr="00991B5C">
        <w:rPr>
          <w:rFonts w:ascii="Times New Roman" w:hAnsi="Times New Roman" w:cs="Times New Roman"/>
          <w:lang w:val="pl-PL"/>
        </w:rPr>
        <w:t xml:space="preserve">  </w:t>
      </w:r>
      <w:r w:rsidRPr="00991B5C">
        <w:rPr>
          <w:rFonts w:ascii="Times New Roman" w:hAnsi="Times New Roman" w:cs="Times New Roman"/>
          <w:lang w:val="pl-PL"/>
        </w:rPr>
        <w:t>Pokazujemy państwo na mapie Europy.</w:t>
      </w:r>
    </w:p>
    <w:p w14:paraId="4C534037" w14:textId="77777777" w:rsidR="00D80C1E" w:rsidRPr="00991B5C" w:rsidRDefault="00A137B9">
      <w:pPr>
        <w:spacing w:after="40"/>
        <w:rPr>
          <w:rFonts w:ascii="Times New Roman" w:hAnsi="Times New Roman" w:cs="Times New Roman"/>
          <w:lang w:val="pl-PL"/>
        </w:rPr>
      </w:pPr>
      <w:r w:rsidRPr="00991B5C">
        <w:rPr>
          <w:rFonts w:ascii="Segoe UI Symbol" w:hAnsi="Segoe UI Symbol" w:cs="Segoe UI Symbol"/>
          <w:lang w:val="pl-PL"/>
        </w:rPr>
        <w:t>☐</w:t>
      </w:r>
      <w:r w:rsidRPr="00991B5C">
        <w:rPr>
          <w:rFonts w:ascii="Times New Roman" w:hAnsi="Times New Roman" w:cs="Times New Roman"/>
          <w:lang w:val="pl-PL"/>
        </w:rPr>
        <w:t xml:space="preserve">  </w:t>
      </w:r>
      <w:r w:rsidRPr="00991B5C">
        <w:rPr>
          <w:rFonts w:ascii="Times New Roman" w:hAnsi="Times New Roman" w:cs="Times New Roman"/>
          <w:lang w:val="pl-PL"/>
        </w:rPr>
        <w:t>Mamy krótkie, ciekawe i sprawdzone informacje o kraju.</w:t>
      </w:r>
    </w:p>
    <w:p w14:paraId="30D34ADC" w14:textId="77777777" w:rsidR="00D80C1E" w:rsidRPr="00991B5C" w:rsidRDefault="00A137B9">
      <w:pPr>
        <w:spacing w:after="40"/>
        <w:rPr>
          <w:rFonts w:ascii="Times New Roman" w:hAnsi="Times New Roman" w:cs="Times New Roman"/>
          <w:lang w:val="pl-PL"/>
        </w:rPr>
      </w:pPr>
      <w:r w:rsidRPr="00991B5C">
        <w:rPr>
          <w:rFonts w:ascii="Segoe UI Symbol" w:hAnsi="Segoe UI Symbol" w:cs="Segoe UI Symbol"/>
          <w:lang w:val="pl-PL"/>
        </w:rPr>
        <w:t>☐</w:t>
      </w:r>
      <w:r w:rsidRPr="00991B5C">
        <w:rPr>
          <w:rFonts w:ascii="Times New Roman" w:hAnsi="Times New Roman" w:cs="Times New Roman"/>
          <w:lang w:val="pl-PL"/>
        </w:rPr>
        <w:t xml:space="preserve">  </w:t>
      </w:r>
      <w:r w:rsidRPr="00991B5C">
        <w:rPr>
          <w:rFonts w:ascii="Times New Roman" w:hAnsi="Times New Roman" w:cs="Times New Roman"/>
          <w:lang w:val="pl-PL"/>
        </w:rPr>
        <w:t>Pokazujemy kulturę lub sztukę.</w:t>
      </w:r>
    </w:p>
    <w:p w14:paraId="34EB9B56" w14:textId="77777777" w:rsidR="00D80C1E" w:rsidRPr="00991B5C" w:rsidRDefault="00A137B9">
      <w:pPr>
        <w:spacing w:after="40"/>
        <w:rPr>
          <w:rFonts w:ascii="Times New Roman" w:hAnsi="Times New Roman" w:cs="Times New Roman"/>
          <w:lang w:val="pl-PL"/>
        </w:rPr>
      </w:pPr>
      <w:r w:rsidRPr="00991B5C">
        <w:rPr>
          <w:rFonts w:ascii="Segoe UI Symbol" w:hAnsi="Segoe UI Symbol" w:cs="Segoe UI Symbol"/>
          <w:lang w:val="pl-PL"/>
        </w:rPr>
        <w:t>☐</w:t>
      </w:r>
      <w:r w:rsidRPr="00991B5C">
        <w:rPr>
          <w:rFonts w:ascii="Times New Roman" w:hAnsi="Times New Roman" w:cs="Times New Roman"/>
          <w:lang w:val="pl-PL"/>
        </w:rPr>
        <w:t xml:space="preserve">  </w:t>
      </w:r>
      <w:r w:rsidRPr="00991B5C">
        <w:rPr>
          <w:rFonts w:ascii="Times New Roman" w:hAnsi="Times New Roman" w:cs="Times New Roman"/>
          <w:lang w:val="pl-PL"/>
        </w:rPr>
        <w:t>Przedstawiamy tradycję lub zwyczaj.</w:t>
      </w:r>
    </w:p>
    <w:p w14:paraId="4DB2FBAC" w14:textId="77777777" w:rsidR="00D80C1E" w:rsidRPr="00991B5C" w:rsidRDefault="00A137B9">
      <w:pPr>
        <w:spacing w:after="40"/>
        <w:rPr>
          <w:rFonts w:ascii="Times New Roman" w:hAnsi="Times New Roman" w:cs="Times New Roman"/>
          <w:lang w:val="pl-PL"/>
        </w:rPr>
      </w:pPr>
      <w:r w:rsidRPr="00991B5C">
        <w:rPr>
          <w:rFonts w:ascii="Segoe UI Symbol" w:hAnsi="Segoe UI Symbol" w:cs="Segoe UI Symbol"/>
          <w:lang w:val="pl-PL"/>
        </w:rPr>
        <w:t>☐</w:t>
      </w:r>
      <w:r w:rsidRPr="00991B5C">
        <w:rPr>
          <w:rFonts w:ascii="Times New Roman" w:hAnsi="Times New Roman" w:cs="Times New Roman"/>
          <w:lang w:val="pl-PL"/>
        </w:rPr>
        <w:t xml:space="preserve">  </w:t>
      </w:r>
      <w:r w:rsidRPr="00991B5C">
        <w:rPr>
          <w:rFonts w:ascii="Times New Roman" w:hAnsi="Times New Roman" w:cs="Times New Roman"/>
          <w:lang w:val="pl-PL"/>
        </w:rPr>
        <w:t>Prezentujemy charakterystyczną kuchnię.</w:t>
      </w:r>
    </w:p>
    <w:p w14:paraId="666DCF9F" w14:textId="77777777" w:rsidR="00D80C1E" w:rsidRPr="00991B5C" w:rsidRDefault="00A137B9">
      <w:pPr>
        <w:spacing w:after="40"/>
        <w:rPr>
          <w:rFonts w:ascii="Times New Roman" w:hAnsi="Times New Roman" w:cs="Times New Roman"/>
          <w:lang w:val="pl-PL"/>
        </w:rPr>
      </w:pPr>
      <w:r w:rsidRPr="00991B5C">
        <w:rPr>
          <w:rFonts w:ascii="Segoe UI Symbol" w:hAnsi="Segoe UI Symbol" w:cs="Segoe UI Symbol"/>
          <w:lang w:val="pl-PL"/>
        </w:rPr>
        <w:t>☐</w:t>
      </w:r>
      <w:r w:rsidRPr="00991B5C">
        <w:rPr>
          <w:rFonts w:ascii="Times New Roman" w:hAnsi="Times New Roman" w:cs="Times New Roman"/>
          <w:lang w:val="pl-PL"/>
        </w:rPr>
        <w:t xml:space="preserve">  </w:t>
      </w:r>
      <w:r w:rsidRPr="00991B5C">
        <w:rPr>
          <w:rFonts w:ascii="Times New Roman" w:hAnsi="Times New Roman" w:cs="Times New Roman"/>
          <w:lang w:val="pl-PL"/>
        </w:rPr>
        <w:t>Pokazujemy strój, modę lub charakterystyczne elementy ubioru.</w:t>
      </w:r>
    </w:p>
    <w:p w14:paraId="1DC2F44F" w14:textId="77777777" w:rsidR="00D80C1E" w:rsidRPr="00991B5C" w:rsidRDefault="00A137B9">
      <w:pPr>
        <w:spacing w:after="40"/>
        <w:rPr>
          <w:rFonts w:ascii="Times New Roman" w:hAnsi="Times New Roman" w:cs="Times New Roman"/>
          <w:lang w:val="pl-PL"/>
        </w:rPr>
      </w:pPr>
      <w:r w:rsidRPr="00991B5C">
        <w:rPr>
          <w:rFonts w:ascii="Segoe UI Symbol" w:hAnsi="Segoe UI Symbol" w:cs="Segoe UI Symbol"/>
          <w:lang w:val="pl-PL"/>
        </w:rPr>
        <w:t>☐</w:t>
      </w:r>
      <w:r w:rsidRPr="00991B5C">
        <w:rPr>
          <w:rFonts w:ascii="Times New Roman" w:hAnsi="Times New Roman" w:cs="Times New Roman"/>
          <w:lang w:val="pl-PL"/>
        </w:rPr>
        <w:t xml:space="preserve">  </w:t>
      </w:r>
      <w:r w:rsidRPr="00991B5C">
        <w:rPr>
          <w:rFonts w:ascii="Times New Roman" w:hAnsi="Times New Roman" w:cs="Times New Roman"/>
          <w:lang w:val="pl-PL"/>
        </w:rPr>
        <w:t>Prezentujemy ważne miejsca i zabytki.</w:t>
      </w:r>
    </w:p>
    <w:p w14:paraId="5B23439A" w14:textId="77777777" w:rsidR="00D80C1E" w:rsidRPr="00991B5C" w:rsidRDefault="00A137B9">
      <w:pPr>
        <w:spacing w:after="40"/>
        <w:rPr>
          <w:rFonts w:ascii="Times New Roman" w:hAnsi="Times New Roman" w:cs="Times New Roman"/>
          <w:lang w:val="pl-PL"/>
        </w:rPr>
      </w:pPr>
      <w:r w:rsidRPr="00991B5C">
        <w:rPr>
          <w:rFonts w:ascii="Segoe UI Symbol" w:hAnsi="Segoe UI Symbol" w:cs="Segoe UI Symbol"/>
          <w:lang w:val="pl-PL"/>
        </w:rPr>
        <w:t>☐</w:t>
      </w:r>
      <w:r w:rsidRPr="00991B5C">
        <w:rPr>
          <w:rFonts w:ascii="Times New Roman" w:hAnsi="Times New Roman" w:cs="Times New Roman"/>
          <w:lang w:val="pl-PL"/>
        </w:rPr>
        <w:t xml:space="preserve">  </w:t>
      </w:r>
      <w:r w:rsidRPr="00991B5C">
        <w:rPr>
          <w:rFonts w:ascii="Times New Roman" w:hAnsi="Times New Roman" w:cs="Times New Roman"/>
          <w:lang w:val="pl-PL"/>
        </w:rPr>
        <w:t>Przedstawiamy wybrane znane osob</w:t>
      </w:r>
      <w:r w:rsidRPr="00991B5C">
        <w:rPr>
          <w:rFonts w:ascii="Times New Roman" w:hAnsi="Times New Roman" w:cs="Times New Roman"/>
          <w:lang w:val="pl-PL"/>
        </w:rPr>
        <w:t>y.</w:t>
      </w:r>
    </w:p>
    <w:p w14:paraId="72E56108" w14:textId="77777777" w:rsidR="00D80C1E" w:rsidRPr="00991B5C" w:rsidRDefault="00A137B9">
      <w:pPr>
        <w:spacing w:after="40"/>
        <w:rPr>
          <w:rFonts w:ascii="Times New Roman" w:hAnsi="Times New Roman" w:cs="Times New Roman"/>
          <w:lang w:val="pl-PL"/>
        </w:rPr>
      </w:pPr>
      <w:r w:rsidRPr="00991B5C">
        <w:rPr>
          <w:rFonts w:ascii="Segoe UI Symbol" w:hAnsi="Segoe UI Symbol" w:cs="Segoe UI Symbol"/>
          <w:lang w:val="pl-PL"/>
        </w:rPr>
        <w:t>☐</w:t>
      </w:r>
      <w:r w:rsidRPr="00991B5C">
        <w:rPr>
          <w:rFonts w:ascii="Times New Roman" w:hAnsi="Times New Roman" w:cs="Times New Roman"/>
          <w:lang w:val="pl-PL"/>
        </w:rPr>
        <w:t xml:space="preserve">  </w:t>
      </w:r>
      <w:r w:rsidRPr="00991B5C">
        <w:rPr>
          <w:rFonts w:ascii="Times New Roman" w:hAnsi="Times New Roman" w:cs="Times New Roman"/>
          <w:lang w:val="pl-PL"/>
        </w:rPr>
        <w:t>Przygotowaliśmy kilka słów i zwrotów w języku kraju.</w:t>
      </w:r>
    </w:p>
    <w:p w14:paraId="64C853EF" w14:textId="77777777" w:rsidR="00D80C1E" w:rsidRPr="00991B5C" w:rsidRDefault="00A137B9">
      <w:pPr>
        <w:spacing w:after="40"/>
        <w:rPr>
          <w:rFonts w:ascii="Times New Roman" w:hAnsi="Times New Roman" w:cs="Times New Roman"/>
          <w:lang w:val="pl-PL"/>
        </w:rPr>
      </w:pPr>
      <w:r w:rsidRPr="00991B5C">
        <w:rPr>
          <w:rFonts w:ascii="Segoe UI Symbol" w:hAnsi="Segoe UI Symbol" w:cs="Segoe UI Symbol"/>
          <w:lang w:val="pl-PL"/>
        </w:rPr>
        <w:t>☐</w:t>
      </w:r>
      <w:r w:rsidRPr="00991B5C">
        <w:rPr>
          <w:rFonts w:ascii="Times New Roman" w:hAnsi="Times New Roman" w:cs="Times New Roman"/>
          <w:lang w:val="pl-PL"/>
        </w:rPr>
        <w:t xml:space="preserve">  </w:t>
      </w:r>
      <w:r w:rsidRPr="00991B5C">
        <w:rPr>
          <w:rFonts w:ascii="Times New Roman" w:hAnsi="Times New Roman" w:cs="Times New Roman"/>
          <w:lang w:val="pl-PL"/>
        </w:rPr>
        <w:t>Sprawdziliśmy poprawną wymowę.</w:t>
      </w:r>
    </w:p>
    <w:p w14:paraId="7448E48B" w14:textId="77777777" w:rsidR="00D80C1E" w:rsidRPr="00991B5C" w:rsidRDefault="00A137B9">
      <w:pPr>
        <w:spacing w:after="40"/>
        <w:rPr>
          <w:rFonts w:ascii="Times New Roman" w:hAnsi="Times New Roman" w:cs="Times New Roman"/>
          <w:lang w:val="pl-PL"/>
        </w:rPr>
      </w:pPr>
      <w:r w:rsidRPr="00991B5C">
        <w:rPr>
          <w:rFonts w:ascii="Segoe UI Symbol" w:hAnsi="Segoe UI Symbol" w:cs="Segoe UI Symbol"/>
          <w:lang w:val="pl-PL"/>
        </w:rPr>
        <w:t>☐</w:t>
      </w:r>
      <w:r w:rsidRPr="00991B5C">
        <w:rPr>
          <w:rFonts w:ascii="Times New Roman" w:hAnsi="Times New Roman" w:cs="Times New Roman"/>
          <w:lang w:val="pl-PL"/>
        </w:rPr>
        <w:t xml:space="preserve">  </w:t>
      </w:r>
      <w:r w:rsidRPr="00991B5C">
        <w:rPr>
          <w:rFonts w:ascii="Times New Roman" w:hAnsi="Times New Roman" w:cs="Times New Roman"/>
          <w:lang w:val="pl-PL"/>
        </w:rPr>
        <w:t>Potrafimy NAUCZYĆ tych słów odwiedzających.</w:t>
      </w:r>
    </w:p>
    <w:p w14:paraId="2B7497D7" w14:textId="77777777" w:rsidR="00D80C1E" w:rsidRPr="00991B5C" w:rsidRDefault="00A137B9">
      <w:pPr>
        <w:spacing w:after="40"/>
        <w:rPr>
          <w:rFonts w:ascii="Times New Roman" w:hAnsi="Times New Roman" w:cs="Times New Roman"/>
          <w:lang w:val="pl-PL"/>
        </w:rPr>
      </w:pPr>
      <w:r w:rsidRPr="00991B5C">
        <w:rPr>
          <w:rFonts w:ascii="Segoe UI Symbol" w:hAnsi="Segoe UI Symbol" w:cs="Segoe UI Symbol"/>
          <w:lang w:val="pl-PL"/>
        </w:rPr>
        <w:t>☐</w:t>
      </w:r>
      <w:r w:rsidRPr="00991B5C">
        <w:rPr>
          <w:rFonts w:ascii="Times New Roman" w:hAnsi="Times New Roman" w:cs="Times New Roman"/>
          <w:lang w:val="pl-PL"/>
        </w:rPr>
        <w:t xml:space="preserve">  </w:t>
      </w:r>
      <w:r w:rsidRPr="00991B5C">
        <w:rPr>
          <w:rFonts w:ascii="Times New Roman" w:hAnsi="Times New Roman" w:cs="Times New Roman"/>
          <w:lang w:val="pl-PL"/>
        </w:rPr>
        <w:t>Mamy krótkie zadanie lub zabawę językową.</w:t>
      </w:r>
    </w:p>
    <w:p w14:paraId="32F1E9F3" w14:textId="77777777" w:rsidR="00D80C1E" w:rsidRPr="00991B5C" w:rsidRDefault="00A137B9">
      <w:pPr>
        <w:spacing w:after="40"/>
        <w:rPr>
          <w:rFonts w:ascii="Times New Roman" w:hAnsi="Times New Roman" w:cs="Times New Roman"/>
          <w:lang w:val="pl-PL"/>
        </w:rPr>
      </w:pPr>
      <w:r w:rsidRPr="00991B5C">
        <w:rPr>
          <w:rFonts w:ascii="Segoe UI Symbol" w:hAnsi="Segoe UI Symbol" w:cs="Segoe UI Symbol"/>
          <w:lang w:val="pl-PL"/>
        </w:rPr>
        <w:t>☐</w:t>
      </w:r>
      <w:r w:rsidRPr="00991B5C">
        <w:rPr>
          <w:rFonts w:ascii="Times New Roman" w:hAnsi="Times New Roman" w:cs="Times New Roman"/>
          <w:lang w:val="pl-PL"/>
        </w:rPr>
        <w:t xml:space="preserve">  </w:t>
      </w:r>
      <w:r w:rsidRPr="00991B5C">
        <w:rPr>
          <w:rFonts w:ascii="Times New Roman" w:hAnsi="Times New Roman" w:cs="Times New Roman"/>
          <w:lang w:val="pl-PL"/>
        </w:rPr>
        <w:t xml:space="preserve">Przygotowaliśmy przynajmniej jedną atrakcję </w:t>
      </w:r>
      <w:r w:rsidRPr="00991B5C">
        <w:rPr>
          <w:rFonts w:ascii="Times New Roman" w:hAnsi="Times New Roman" w:cs="Times New Roman"/>
          <w:lang w:val="pl-PL"/>
        </w:rPr>
        <w:t>interaktywną.</w:t>
      </w:r>
    </w:p>
    <w:p w14:paraId="05A8D6C3" w14:textId="77777777" w:rsidR="00D80C1E" w:rsidRPr="00991B5C" w:rsidRDefault="00A137B9">
      <w:pPr>
        <w:spacing w:after="40"/>
        <w:rPr>
          <w:rFonts w:ascii="Times New Roman" w:hAnsi="Times New Roman" w:cs="Times New Roman"/>
          <w:lang w:val="pl-PL"/>
        </w:rPr>
      </w:pPr>
      <w:r w:rsidRPr="00991B5C">
        <w:rPr>
          <w:rFonts w:ascii="Segoe UI Symbol" w:hAnsi="Segoe UI Symbol" w:cs="Segoe UI Symbol"/>
          <w:lang w:val="pl-PL"/>
        </w:rPr>
        <w:t>☐</w:t>
      </w:r>
      <w:r w:rsidRPr="00991B5C">
        <w:rPr>
          <w:rFonts w:ascii="Times New Roman" w:hAnsi="Times New Roman" w:cs="Times New Roman"/>
          <w:lang w:val="pl-PL"/>
        </w:rPr>
        <w:t xml:space="preserve">  </w:t>
      </w:r>
      <w:r w:rsidRPr="00991B5C">
        <w:rPr>
          <w:rFonts w:ascii="Times New Roman" w:hAnsi="Times New Roman" w:cs="Times New Roman"/>
          <w:lang w:val="pl-PL"/>
        </w:rPr>
        <w:t>Mamy niespodziankę „Zaskocz Europę!”.</w:t>
      </w:r>
    </w:p>
    <w:p w14:paraId="3943B541" w14:textId="77777777" w:rsidR="00D80C1E" w:rsidRPr="00991B5C" w:rsidRDefault="00A137B9">
      <w:pPr>
        <w:spacing w:after="40"/>
        <w:rPr>
          <w:rFonts w:ascii="Times New Roman" w:hAnsi="Times New Roman" w:cs="Times New Roman"/>
          <w:lang w:val="pl-PL"/>
        </w:rPr>
      </w:pPr>
      <w:r w:rsidRPr="00991B5C">
        <w:rPr>
          <w:rFonts w:ascii="Segoe UI Symbol" w:hAnsi="Segoe UI Symbol" w:cs="Segoe UI Symbol"/>
          <w:lang w:val="pl-PL"/>
        </w:rPr>
        <w:t>☐</w:t>
      </w:r>
      <w:r w:rsidRPr="00991B5C">
        <w:rPr>
          <w:rFonts w:ascii="Times New Roman" w:hAnsi="Times New Roman" w:cs="Times New Roman"/>
          <w:lang w:val="pl-PL"/>
        </w:rPr>
        <w:t xml:space="preserve">  </w:t>
      </w:r>
      <w:r w:rsidRPr="00991B5C">
        <w:rPr>
          <w:rFonts w:ascii="Times New Roman" w:hAnsi="Times New Roman" w:cs="Times New Roman"/>
          <w:lang w:val="pl-PL"/>
        </w:rPr>
        <w:t>Każdy uczeń ma swoje zadanie.</w:t>
      </w:r>
    </w:p>
    <w:p w14:paraId="758D6437" w14:textId="77777777" w:rsidR="00D80C1E" w:rsidRPr="00991B5C" w:rsidRDefault="00A137B9">
      <w:pPr>
        <w:spacing w:after="40"/>
        <w:rPr>
          <w:rFonts w:ascii="Times New Roman" w:hAnsi="Times New Roman" w:cs="Times New Roman"/>
          <w:lang w:val="pl-PL"/>
        </w:rPr>
      </w:pPr>
      <w:r w:rsidRPr="00991B5C">
        <w:rPr>
          <w:rFonts w:ascii="Segoe UI Symbol" w:hAnsi="Segoe UI Symbol" w:cs="Segoe UI Symbol"/>
          <w:lang w:val="pl-PL"/>
        </w:rPr>
        <w:t>☐</w:t>
      </w:r>
      <w:r w:rsidRPr="00991B5C">
        <w:rPr>
          <w:rFonts w:ascii="Times New Roman" w:hAnsi="Times New Roman" w:cs="Times New Roman"/>
          <w:lang w:val="pl-PL"/>
        </w:rPr>
        <w:t xml:space="preserve">  </w:t>
      </w:r>
      <w:r w:rsidRPr="00991B5C">
        <w:rPr>
          <w:rFonts w:ascii="Times New Roman" w:hAnsi="Times New Roman" w:cs="Times New Roman"/>
          <w:lang w:val="pl-PL"/>
        </w:rPr>
        <w:t>Gospodarze stoiska wiedzą, co mają powiedzieć i zrobić.</w:t>
      </w:r>
    </w:p>
    <w:p w14:paraId="4C4A7782" w14:textId="77777777" w:rsidR="00D80C1E" w:rsidRPr="00991B5C" w:rsidRDefault="00A137B9">
      <w:pPr>
        <w:spacing w:after="40"/>
        <w:rPr>
          <w:rFonts w:ascii="Times New Roman" w:hAnsi="Times New Roman" w:cs="Times New Roman"/>
          <w:lang w:val="pl-PL"/>
        </w:rPr>
      </w:pPr>
      <w:r w:rsidRPr="00991B5C">
        <w:rPr>
          <w:rFonts w:ascii="Segoe UI Symbol" w:hAnsi="Segoe UI Symbol" w:cs="Segoe UI Symbol"/>
          <w:lang w:val="pl-PL"/>
        </w:rPr>
        <w:t>☐</w:t>
      </w:r>
      <w:r w:rsidRPr="00991B5C">
        <w:rPr>
          <w:rFonts w:ascii="Times New Roman" w:hAnsi="Times New Roman" w:cs="Times New Roman"/>
          <w:lang w:val="pl-PL"/>
        </w:rPr>
        <w:t xml:space="preserve">  </w:t>
      </w:r>
      <w:r w:rsidRPr="00991B5C">
        <w:rPr>
          <w:rFonts w:ascii="Times New Roman" w:hAnsi="Times New Roman" w:cs="Times New Roman"/>
          <w:lang w:val="pl-PL"/>
        </w:rPr>
        <w:t>Materiały są czytelne, estetyczne i poprawne.</w:t>
      </w:r>
    </w:p>
    <w:p w14:paraId="5FD794DC" w14:textId="77777777" w:rsidR="00D80C1E" w:rsidRPr="00991B5C" w:rsidRDefault="00A137B9">
      <w:pPr>
        <w:spacing w:after="40"/>
        <w:rPr>
          <w:rFonts w:ascii="Times New Roman" w:hAnsi="Times New Roman" w:cs="Times New Roman"/>
          <w:lang w:val="pl-PL"/>
        </w:rPr>
      </w:pPr>
      <w:r w:rsidRPr="00991B5C">
        <w:rPr>
          <w:rFonts w:ascii="Segoe UI Symbol" w:hAnsi="Segoe UI Symbol" w:cs="Segoe UI Symbol"/>
          <w:lang w:val="pl-PL"/>
        </w:rPr>
        <w:t>☐</w:t>
      </w:r>
      <w:r w:rsidRPr="00991B5C">
        <w:rPr>
          <w:rFonts w:ascii="Times New Roman" w:hAnsi="Times New Roman" w:cs="Times New Roman"/>
          <w:lang w:val="pl-PL"/>
        </w:rPr>
        <w:t xml:space="preserve">  </w:t>
      </w:r>
      <w:r w:rsidRPr="00991B5C">
        <w:rPr>
          <w:rFonts w:ascii="Times New Roman" w:hAnsi="Times New Roman" w:cs="Times New Roman"/>
          <w:lang w:val="pl-PL"/>
        </w:rPr>
        <w:t>Stoisko jest bezpieczne i można się przy nim swobodnie po</w:t>
      </w:r>
      <w:r w:rsidRPr="00991B5C">
        <w:rPr>
          <w:rFonts w:ascii="Times New Roman" w:hAnsi="Times New Roman" w:cs="Times New Roman"/>
          <w:lang w:val="pl-PL"/>
        </w:rPr>
        <w:t>ruszać.</w:t>
      </w:r>
    </w:p>
    <w:p w14:paraId="6C76A592" w14:textId="77777777" w:rsidR="00D80C1E" w:rsidRPr="00991B5C" w:rsidRDefault="00A137B9">
      <w:pPr>
        <w:spacing w:after="40"/>
        <w:rPr>
          <w:rFonts w:ascii="Times New Roman" w:hAnsi="Times New Roman" w:cs="Times New Roman"/>
          <w:lang w:val="pl-PL"/>
        </w:rPr>
      </w:pPr>
      <w:r w:rsidRPr="00991B5C">
        <w:rPr>
          <w:rFonts w:ascii="Segoe UI Symbol" w:hAnsi="Segoe UI Symbol" w:cs="Segoe UI Symbol"/>
          <w:lang w:val="pl-PL"/>
        </w:rPr>
        <w:t>☐</w:t>
      </w:r>
      <w:r w:rsidRPr="00991B5C">
        <w:rPr>
          <w:rFonts w:ascii="Times New Roman" w:hAnsi="Times New Roman" w:cs="Times New Roman"/>
          <w:lang w:val="pl-PL"/>
        </w:rPr>
        <w:t xml:space="preserve">  </w:t>
      </w:r>
      <w:r w:rsidRPr="00991B5C">
        <w:rPr>
          <w:rFonts w:ascii="Times New Roman" w:hAnsi="Times New Roman" w:cs="Times New Roman"/>
          <w:lang w:val="pl-PL"/>
        </w:rPr>
        <w:t>Jeśli planujemy degustację, uzgodniliśmy ją z nauczycielem i podajemy składniki oraz alergeny.</w:t>
      </w:r>
    </w:p>
    <w:p w14:paraId="1EBAB03A" w14:textId="76C29C86" w:rsidR="00D80C1E" w:rsidRPr="00991B5C" w:rsidRDefault="00A137B9">
      <w:pPr>
        <w:spacing w:after="40"/>
        <w:rPr>
          <w:rFonts w:ascii="Times New Roman" w:hAnsi="Times New Roman" w:cs="Times New Roman"/>
          <w:lang w:val="pl-PL"/>
        </w:rPr>
      </w:pPr>
      <w:r w:rsidRPr="00991B5C">
        <w:rPr>
          <w:rFonts w:ascii="Segoe UI Symbol" w:hAnsi="Segoe UI Symbol" w:cs="Segoe UI Symbol"/>
          <w:lang w:val="pl-PL"/>
        </w:rPr>
        <w:t>☐</w:t>
      </w:r>
      <w:r w:rsidRPr="00991B5C">
        <w:rPr>
          <w:rFonts w:ascii="Times New Roman" w:hAnsi="Times New Roman" w:cs="Times New Roman"/>
          <w:lang w:val="pl-PL"/>
        </w:rPr>
        <w:t xml:space="preserve">  </w:t>
      </w:r>
      <w:r w:rsidRPr="00991B5C">
        <w:rPr>
          <w:rFonts w:ascii="Times New Roman" w:hAnsi="Times New Roman" w:cs="Times New Roman"/>
          <w:lang w:val="pl-PL"/>
        </w:rPr>
        <w:t>Potrafimy odpowiedzieć na pytanie: CZEGO NAUCZYMY ODWIEDZAJĄCYCH?</w:t>
      </w:r>
      <w:r>
        <w:rPr>
          <w:rFonts w:ascii="Times New Roman" w:hAnsi="Times New Roman" w:cs="Times New Roman"/>
          <w:lang w:val="pl-PL"/>
        </w:rPr>
        <w:br/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0482"/>
      </w:tblGrid>
      <w:tr w:rsidR="00991B5C" w:rsidRPr="00991B5C" w14:paraId="65207B10" w14:textId="77777777">
        <w:tc>
          <w:tcPr>
            <w:tcW w:w="10482" w:type="dxa"/>
            <w:shd w:val="clear" w:color="auto" w:fill="E2F0D9"/>
            <w:tcMar>
              <w:top w:w="130" w:type="dxa"/>
              <w:left w:w="150" w:type="dxa"/>
              <w:bottom w:w="130" w:type="dxa"/>
              <w:right w:w="150" w:type="dxa"/>
            </w:tcMar>
          </w:tcPr>
          <w:p w14:paraId="7B0760FB" w14:textId="57696809" w:rsidR="00D80C1E" w:rsidRPr="00991B5C" w:rsidRDefault="00A137B9" w:rsidP="00991B5C">
            <w:pPr>
              <w:rPr>
                <w:rFonts w:ascii="Times New Roman" w:hAnsi="Times New Roman" w:cs="Times New Roman"/>
                <w:lang w:val="pl-PL"/>
              </w:rPr>
            </w:pPr>
            <w:r w:rsidRPr="00991B5C">
              <w:rPr>
                <w:rFonts w:ascii="Times New Roman" w:hAnsi="Times New Roman" w:cs="Times New Roman"/>
                <w:lang w:val="pl-PL"/>
              </w:rPr>
              <w:t>Nie wygrywa stoisko z największą liczbą informacji.</w:t>
            </w:r>
            <w:r w:rsidRPr="00991B5C">
              <w:rPr>
                <w:rFonts w:ascii="Times New Roman" w:hAnsi="Times New Roman" w:cs="Times New Roman"/>
                <w:lang w:val="pl-PL"/>
              </w:rPr>
              <w:br/>
            </w:r>
            <w:r w:rsidRPr="00991B5C">
              <w:rPr>
                <w:rFonts w:ascii="Times New Roman" w:hAnsi="Times New Roman" w:cs="Times New Roman"/>
                <w:b/>
                <w:lang w:val="pl-PL"/>
              </w:rPr>
              <w:t>Najlepsze będzie takie, przy którym inni zatrzymają się, zaangażują, czegoś doświadczą i nauczą się czegoś nowego.</w:t>
            </w:r>
          </w:p>
        </w:tc>
      </w:tr>
    </w:tbl>
    <w:p w14:paraId="2A1DF4A6" w14:textId="77777777" w:rsidR="00D80C1E" w:rsidRPr="00991B5C" w:rsidRDefault="00A137B9">
      <w:pPr>
        <w:spacing w:before="200"/>
        <w:jc w:val="center"/>
        <w:rPr>
          <w:rFonts w:ascii="Times New Roman" w:hAnsi="Times New Roman" w:cs="Times New Roman"/>
          <w:lang w:val="pl-PL"/>
        </w:rPr>
      </w:pPr>
      <w:r w:rsidRPr="00991B5C">
        <w:rPr>
          <w:rFonts w:ascii="Times New Roman" w:hAnsi="Times New Roman" w:cs="Times New Roman"/>
          <w:b/>
          <w:sz w:val="30"/>
          <w:lang w:val="pl-PL"/>
        </w:rPr>
        <w:t>NIECH EUROPA BĘDZIE NA WYCIĄGNIĘCIE RĘKI!</w:t>
      </w:r>
    </w:p>
    <w:sectPr w:rsidR="00D80C1E" w:rsidRPr="00991B5C" w:rsidSect="00034616">
      <w:headerReference w:type="default" r:id="rId8"/>
      <w:footerReference w:type="default" r:id="rId9"/>
      <w:pgSz w:w="12240" w:h="15840"/>
      <w:pgMar w:top="765" w:right="879" w:bottom="765" w:left="879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2CB7221" w14:textId="77777777" w:rsidR="00000000" w:rsidRDefault="00A137B9">
      <w:pPr>
        <w:spacing w:after="0" w:line="240" w:lineRule="auto"/>
        <w:rPr>
          <w:rFonts w:hint="eastAsia"/>
        </w:rPr>
      </w:pPr>
      <w:r>
        <w:separator/>
      </w:r>
    </w:p>
  </w:endnote>
  <w:endnote w:type="continuationSeparator" w:id="0">
    <w:p w14:paraId="127613B3" w14:textId="77777777" w:rsidR="00000000" w:rsidRDefault="00A137B9">
      <w:pPr>
        <w:spacing w:after="0"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altName w:val="Cambria"/>
    <w:panose1 w:val="00000000000000000000"/>
    <w:charset w:val="00"/>
    <w:family w:val="roman"/>
    <w:notTrueType/>
    <w:pitch w:val="default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F0E282" w14:textId="7D2E6BC4" w:rsidR="00991B5C" w:rsidRPr="00991B5C" w:rsidRDefault="00A137B9" w:rsidP="00991B5C">
    <w:pPr>
      <w:pStyle w:val="Stopka"/>
      <w:jc w:val="center"/>
      <w:rPr>
        <w:rFonts w:hint="eastAsia"/>
        <w:color w:val="6E6E6E"/>
        <w:sz w:val="16"/>
        <w:lang w:val="pl-PL"/>
      </w:rPr>
    </w:pPr>
    <w:r w:rsidRPr="00991B5C">
      <w:rPr>
        <w:color w:val="6E6E6E"/>
        <w:sz w:val="16"/>
        <w:lang w:val="pl-PL"/>
      </w:rPr>
      <w:t>Europa na wyciągnięcie ręki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A3F43FE" w14:textId="77777777" w:rsidR="00000000" w:rsidRDefault="00A137B9">
      <w:pPr>
        <w:spacing w:after="0" w:line="240" w:lineRule="auto"/>
        <w:rPr>
          <w:rFonts w:hint="eastAsia"/>
        </w:rPr>
      </w:pPr>
      <w:r>
        <w:separator/>
      </w:r>
    </w:p>
  </w:footnote>
  <w:footnote w:type="continuationSeparator" w:id="0">
    <w:p w14:paraId="1AB36D16" w14:textId="77777777" w:rsidR="00000000" w:rsidRDefault="00A137B9">
      <w:pPr>
        <w:spacing w:after="0" w:line="240" w:lineRule="auto"/>
        <w:rPr>
          <w:rFonts w:hint="eastAsia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248AA9" w14:textId="3D1EFF7C" w:rsidR="00D80C1E" w:rsidRPr="00991B5C" w:rsidRDefault="00A137B9" w:rsidP="00991B5C">
    <w:pPr>
      <w:pStyle w:val="Nagwek"/>
      <w:jc w:val="center"/>
      <w:rPr>
        <w:rFonts w:hint="eastAsia"/>
        <w:lang w:val="pl-PL"/>
      </w:rPr>
    </w:pPr>
    <w:r w:rsidRPr="00991B5C">
      <w:rPr>
        <w:b/>
        <w:color w:val="646464"/>
        <w:sz w:val="16"/>
        <w:lang w:val="pl-PL"/>
      </w:rPr>
      <w:t>PLAN DLA KLASY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991B5C"/>
    <w:rsid w:val="00A137B9"/>
    <w:rsid w:val="00AA1D8D"/>
    <w:rsid w:val="00B47730"/>
    <w:rsid w:val="00CB0664"/>
    <w:rsid w:val="00D80C1E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514EB0C"/>
  <w14:defaultImageDpi w14:val="300"/>
  <w15:docId w15:val="{F5A19613-77A4-4675-B385-AC7E14122B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5" w:semiHidden="1" w:unhideWhenUsed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  <w:rPr>
      <w:rFonts w:ascii="Aptos" w:hAnsi="Aptos"/>
      <w:sz w:val="20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1F4E79"/>
      <w:sz w:val="32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2F5597"/>
      <w:sz w:val="25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3</Pages>
  <Words>959</Words>
  <Characters>5757</Characters>
  <Application>Microsoft Office Word</Application>
  <DocSecurity>0</DocSecurity>
  <Lines>47</Lines>
  <Paragraphs>13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6703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Nauczyciel</cp:lastModifiedBy>
  <cp:revision>2</cp:revision>
  <dcterms:created xsi:type="dcterms:W3CDTF">2013-12-23T23:15:00Z</dcterms:created>
  <dcterms:modified xsi:type="dcterms:W3CDTF">2026-09-19T13:39:00Z</dcterms:modified>
  <cp:category/>
</cp:coreProperties>
</file>